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38"/>
        </w:rPr>
        <w:t>Walking in the Spirit What does it mean?</w:t>
      </w:r>
    </w:p>
    <w:p>
      <w:pPr>
        <w:jc w:val="center"/>
      </w:pPr>
      <w:r>
        <w:rPr>
          <w:b/>
          <w:color w:val="1A6C7A"/>
          <w:sz w:val="26"/>
        </w:rPr>
        <w:t>TRANSCRIPT</w:t>
      </w:r>
    </w:p>
    <w:p>
      <w:pPr>
        <w:jc w:val="center"/>
      </w:pPr>
      <w:r>
        <w:rPr>
          <w:b/>
        </w:rPr>
        <w:t>Finding the Ancient Path</w:t>
      </w:r>
    </w:p>
    <w:p>
      <w:pPr>
        <w:jc w:val="center"/>
      </w:pPr>
      <w:r>
        <w:t>https://www.youtube.com/watch?v=xO7CDVr84_M&amp;t=2628s</w:t>
      </w:r>
    </w:p>
    <w:p>
      <w:r>
        <w:rPr>
          <w:b/>
        </w:rPr>
        <w:t xml:space="preserve">Source note: </w:t>
      </w:r>
      <w:r>
        <w:t>Based on the supplied Teaching transcript. Standalone timestamps and non-content markers were removed for readability; the spoken wording is otherwise retained.</w:t>
      </w:r>
    </w:p>
    <w:p>
      <w:pPr>
        <w:pStyle w:val="Heading1"/>
      </w:pPr>
      <w:r>
        <w:t>Chapter 1: Defining the walk</w:t>
      </w:r>
    </w:p>
    <w:p>
      <w:r>
        <w:t>Amen. Thank you, brother. And here we are walking in the spirit. What does this mean? Why am I doing this lesson?</w:t>
      </w:r>
    </w:p>
    <w:p>
      <w:r>
        <w:t>Well, I think a lot of people really don't understand what this means and the simplicity of it. Myself included for a</w:t>
      </w:r>
    </w:p>
    <w:p>
      <w:r>
        <w:t>long time. I just think it's helpful to break down certain things that the Bible says into words that we can understand,</w:t>
      </w:r>
    </w:p>
    <w:p>
      <w:r>
        <w:t>phrases that we can understand, meanings that we can understand. And this is what we're going to do here. So, let's get into this.</w:t>
      </w:r>
    </w:p>
    <w:p>
      <w:r>
        <w:t>The phrase walking in the spirit has become incredibly ambiguous in the modern church. Depending on which denomination or tradition you listen to,</w:t>
      </w:r>
    </w:p>
    <w:p>
      <w:r>
        <w:t>you can come away with very different ideas about what Paul meant with these words. In some Pentecostal and charismatic circles, walking in the</w:t>
      </w:r>
    </w:p>
    <w:p>
      <w:r>
        <w:t>spirit can be presented in terms of supernatural manifestations.</w:t>
      </w:r>
    </w:p>
    <w:p>
      <w:r>
        <w:t>hearing the spirit speak, operating in spiritual gifts, receiving impressions, moving in prophetic power, or</w:t>
      </w:r>
    </w:p>
    <w:p>
      <w:r>
        <w:t>experiencing something beyond the ordinary Christian life. In other circles, it can almost sound like a spiritual superpower where a person</w:t>
      </w:r>
    </w:p>
    <w:p>
      <w:r>
        <w:t>reaches some elevated level of sensitivity and is constantly being personally directed by the spirit in every decision that they make. Other</w:t>
      </w:r>
    </w:p>
    <w:p>
      <w:r>
        <w:t>traditions take almost the opposite approach. walking in the spirit becomes little more than being a good Christian,</w:t>
      </w:r>
    </w:p>
    <w:p>
      <w:r>
        <w:t>trying to avoid obvious sin, having the right attitude, or attempting to be little more loving or patient and kind.</w:t>
      </w:r>
    </w:p>
    <w:p>
      <w:r>
        <w:t>And I think all of this ambiguity has caused us to miss how simple Paul's words really are. Because when Paul</w:t>
      </w:r>
    </w:p>
    <w:p>
      <w:r>
        <w:t>tells us to walk in the spirit, he's not introducing some mysterious spiritual experience reserved for unusually</w:t>
      </w:r>
    </w:p>
    <w:p>
      <w:r>
        <w:t>spiritual people. He is describing a way of life. The Bible already had a language for walking. We've looked at that. Yhovah repeatedly told his people</w:t>
      </w:r>
    </w:p>
    <w:p>
      <w:r>
        <w:t>to walk in his ways, walk in his statutes, walk in his commandments, and walk in obedience to him. Paul is now showing us what it looks like when that</w:t>
      </w:r>
    </w:p>
    <w:p>
      <w:r>
        <w:t>same obedient walk is produced and empowered by the Holy Spirit rather than by the desires of the flesh.</w:t>
      </w:r>
    </w:p>
    <w:p>
      <w:r>
        <w:t>And perhaps that simplicity is exactly why religion has such a difficult time with it. Religion often wants something</w:t>
      </w:r>
    </w:p>
    <w:p>
      <w:r>
        <w:t>more complicated, something mystical, something dramatic, something that makes us feel spiritually advanced. But what</w:t>
      </w:r>
    </w:p>
    <w:p>
      <w:r>
        <w:t>if walking in the spirit is far more practical than that? What if it simply means allowing the spirit of Yahw to</w:t>
      </w:r>
    </w:p>
    <w:p>
      <w:r>
        <w:t>lead us into the kind of life Yhovah always called his people to live?</w:t>
      </w:r>
    </w:p>
    <w:p>
      <w:r>
        <w:t>Because that's what Paul means. And walking in the spirit is not about what we feel or what we experience or what</w:t>
      </w:r>
    </w:p>
    <w:p>
      <w:r>
        <w:t>supernatural power we believe we possess. It's all about how we walk.</w:t>
      </w:r>
    </w:p>
    <w:p>
      <w:r>
        <w:t>So let's figure this out and talk about how we walk.</w:t>
      </w:r>
    </w:p>
    <w:p>
      <w:pPr>
        <w:pStyle w:val="Heading1"/>
      </w:pPr>
      <w:r>
        <w:t>Chapter 2: Paul's unique phrasing</w:t>
      </w:r>
    </w:p>
    <w:p>
      <w:r>
        <w:t>Just like the phrase under the law, Paul is the only New Testament author who</w:t>
      </w:r>
    </w:p>
    <w:p>
      <w:r>
        <w:t>uses the explicit phrase walk in the spirit. Other New Testament writers</w:t>
      </w:r>
    </w:p>
    <w:p>
      <w:r>
        <w:t>speak extensively about walking and about the Holy Spirit, but they don't combine them into Paul's particular</w:t>
      </w:r>
    </w:p>
    <w:p>
      <w:r>
        <w:t>expression of walking in the spirit. We see John using things like walking in the light or walking according to his</w:t>
      </w:r>
    </w:p>
    <w:p>
      <w:r>
        <w:t>commandments. And we see Peter talking about the sanctification of the spirit which at the end of the day we'll learn</w:t>
      </w:r>
    </w:p>
    <w:p>
      <w:r>
        <w:t>is the same exact thing but they use different ways of saying it. So Paul is kind of unique in the way he presents this. Paul's phrase, walk in the spirit,</w:t>
      </w:r>
    </w:p>
    <w:p>
      <w:r>
        <w:t>belongs to the same biblical family of thought as phrases like walk in the light, walking according to his commandments, walk in truth, walk as he</w:t>
      </w:r>
    </w:p>
    <w:p>
      <w:r>
        <w:t>walked. They're not always identical, but they are very closely related and often describe the same kind of life</w:t>
      </w:r>
    </w:p>
    <w:p>
      <w:r>
        <w:t>from different angles, from different perspectives. And that's one of the things that I love about the New Testament especially is because we have</w:t>
      </w:r>
    </w:p>
    <w:p>
      <w:r>
        <w:t>the four gospels and we have four records, if you will, of Yeshua's life, all coming from four different people's</w:t>
      </w:r>
    </w:p>
    <w:p>
      <w:r>
        <w:t>perspectives and what they saw and what they heard. Many times the similarities are exact. Other times they're not so</w:t>
      </w:r>
    </w:p>
    <w:p>
      <w:r>
        <w:t>much. And we have that same diversity in the letters written by Paul, written by</w:t>
      </w:r>
    </w:p>
    <w:p>
      <w:r>
        <w:t>Peter, written by John or written by Jude or we all have that same diversity.</w:t>
      </w:r>
    </w:p>
    <w:p>
      <w:r>
        <w:t>All looking at the truth as it were from a different perspective or a different angle. But still in all of this that we've looked at so far, we still haven't</w:t>
      </w:r>
    </w:p>
    <w:p>
      <w:r>
        <w:t>answered the question. Well, we kind of did. I kind of gave it away in the opening statement, but we really don't know what this means. walking in the</w:t>
      </w:r>
    </w:p>
    <w:p>
      <w:r>
        <w:t>spirit. So what is it? What is walking in the spirit? Based on the first two</w:t>
      </w:r>
    </w:p>
    <w:p>
      <w:r>
        <w:t>slides, Tim and David, I to get your thoughts about what walking in the spirit is. Maybe you've learned in your</w:t>
      </w:r>
    </w:p>
    <w:p>
      <w:r>
        <w:t>life what it means. Maybe you had the same ambiguity in your Christian days.</w:t>
      </w:r>
    </w:p>
    <w:p>
      <w:r>
        <w:t>I'd like to hear all of it. What do you What is walking in the spirit from you fellas? I'll go first since I always put David on the spot. I'll mix the contrast. I'll use an analogy, you know,</w:t>
      </w:r>
    </w:p>
    <w:p>
      <w:r>
        <w:t>that we put to death what's in our flesh. So, we have our mindset on on what God wants and we maintain our obedience despite what our flesh wants.</w:t>
      </w:r>
    </w:p>
    <w:p>
      <w:r>
        <w:t>So, we crucify our desire. So, walking in the spirit, I think, is having our mindset and then staying in relational position with that. So, that was that's</w:t>
      </w:r>
    </w:p>
    <w:p>
      <w:r>
        <w:t>what I would say, right? walking in the spirit or or I think everything that you do, one of the</w:t>
      </w:r>
    </w:p>
    <w:p>
      <w:r>
        <w:t>ways to look at it is looking at what is the outcome, what's the fruit, and I'm sure you'll be talking about it later, so I'm not going to get into it too</w:t>
      </w:r>
    </w:p>
    <w:p>
      <w:r>
        <w:t>much. But the way I look at it in terms of evaluating and confirming whether I'm walking in the spirit is whether what is the fruit what is the fruit of my walk?</w:t>
      </w:r>
    </w:p>
    <w:p>
      <w:r>
        <w:t>What does that look like? And does it coincide with the fruits of the spirit? as I'm sure you'll be discussing.</w:t>
      </w:r>
    </w:p>
    <w:p>
      <w:r>
        <w:t>Yeah, I can remember myself, you know, years ago having the same curiosity, ambiguity about walking in the spirit.</w:t>
      </w:r>
    </w:p>
    <w:p>
      <w:r>
        <w:t>And you know, I would say that for me, when I thought about walking in the spirit, I was amongst those people who thought that walking in the spirit meant</w:t>
      </w:r>
    </w:p>
    <w:p>
      <w:r>
        <w:t>that you were hyper sensitive to the will of Yahw, hyper sensitive to the</w:t>
      </w:r>
    </w:p>
    <w:p>
      <w:r>
        <w:t>direction of the Holy Spirit, hyper sensitive to having certain insights into the things that people were saying.</w:t>
      </w:r>
    </w:p>
    <w:p>
      <w:r>
        <w:t>uh almost like a six sense that that was kind of how I initially well for the longest time in my early Christian days</w:t>
      </w:r>
    </w:p>
    <w:p>
      <w:r>
        <w:t>kind of believed it to be and we're going to see that when we go through this lesson all that ambiguity is going</w:t>
      </w:r>
    </w:p>
    <w:p>
      <w:r>
        <w:t>to fall away if you're one of those people like me like David like Tim uh you know who had certain</w:t>
      </w:r>
    </w:p>
    <w:p>
      <w:r>
        <w:t>understanding or definitions even in your mind as to what this is when we Look at it. It's going to feel I I hope</w:t>
      </w:r>
    </w:p>
    <w:p>
      <w:r>
        <w:t>I pray like scales kind of falling from your eyes. The clearest definition that we can gather here from what it is comes</w:t>
      </w:r>
    </w:p>
    <w:p>
      <w:pPr>
        <w:pStyle w:val="Heading1"/>
      </w:pPr>
      <w:r>
        <w:t>Chapter 3: Living versus walking</w:t>
      </w:r>
    </w:p>
    <w:p>
      <w:r>
        <w:t>from Paul himself when he says in Galatians 5, walk in the spirit and you shall not fulfill the lust of the flesh.</w:t>
      </w:r>
    </w:p>
    <w:p>
      <w:r>
        <w:t>Galatians 5 again verse 25, same chapter. If we live in the spirit, let</w:t>
      </w:r>
    </w:p>
    <w:p>
      <w:r>
        <w:t>us also walk in the spirit. Now, David, anything about that one framed in blue that jumps out to you?</w:t>
      </w:r>
    </w:p>
    <w:p>
      <w:r>
        <w:t>Walking in the spirit that that our life has to exemplify that and and using that same word about walking as you know, God expect us. It has to do with obedience.</w:t>
      </w:r>
    </w:p>
    <w:p>
      <w:r>
        <w:t>We've talked about what that walk means.</w:t>
      </w:r>
    </w:p>
    <w:p>
      <w:r>
        <w:t>Okay. Well, guys, I don't know about you, but here's what I saw.</w:t>
      </w:r>
    </w:p>
    <w:p>
      <w:r>
        <w:t>When I read Galatians 5:25, you know me, I'm always seeing equations. It sounds to me like living in the spirit and</w:t>
      </w:r>
    </w:p>
    <w:p>
      <w:r>
        <w:t>walking in the spirit are two different things. When you look at Galatians 5:25,</w:t>
      </w:r>
    </w:p>
    <w:p>
      <w:r>
        <w:t>if we live in the spirit, then let us also walk in the spirit. That word also</w:t>
      </w:r>
    </w:p>
    <w:p>
      <w:r>
        <w:t>makes me think, wait a minute, there's two different there two different things here, right? Is that possible? Well, let me tell you what I found. There are two</w:t>
      </w:r>
    </w:p>
    <w:p>
      <w:r>
        <w:t>different verbs being used in these two verses. Live means to live, to be alive, to possess life. Paul's point being if</w:t>
      </w:r>
    </w:p>
    <w:p>
      <w:r>
        <w:t>our life comes from the spirit. And then the word walk, also a verb, is not the same Greek word Paul uses in verse 16.</w:t>
      </w:r>
    </w:p>
    <w:p>
      <w:r>
        <w:t>Isn't that interesting? Galatians 5:16 says, "Walk in the spirit." Galatians 5:25 also says, "Walk in the spirit."</w:t>
      </w:r>
    </w:p>
    <w:p>
      <w:r>
        <w:t>But it's a different walk. It's a different word for walk.</w:t>
      </w:r>
    </w:p>
    <w:p>
      <w:r>
        <w:t>Stoeo carries the idea of walking in line, proceeding in order, keeping in step,</w:t>
      </w:r>
    </w:p>
    <w:p>
      <w:r>
        <w:t>conducting oneself according to a standard. Well, what's the first walk mean? Well, it basically just means walk.</w:t>
      </w:r>
    </w:p>
    <w:p>
      <w:r>
        <w:t>putting one foot in front of the other, right? But here in verse 25, he says, "If we live by the spirit, then</w:t>
      </w:r>
    </w:p>
    <w:p>
      <w:r>
        <w:t>we need to walk in line, proceed in order, keep in</w:t>
      </w:r>
    </w:p>
    <w:p>
      <w:r>
        <w:t>step, and conducting oneself according to a standard." And of course, we know what that standard is. So if we were to put</w:t>
      </w:r>
    </w:p>
    <w:p>
      <w:r>
        <w:t>this in everyday English vernacular that we can understand untwisting Paul and that's what you have to do and this goes</w:t>
      </w:r>
    </w:p>
    <w:p>
      <w:r>
        <w:t>to all of you Paul haters that may be watching this video. Part of what helps me and other people to to understand</w:t>
      </w:r>
    </w:p>
    <w:p>
      <w:r>
        <w:t>Paul is to untwist his words and put them in modern-day vernacular.</w:t>
      </w:r>
    </w:p>
    <w:p>
      <w:r>
        <w:t>So if I could do this, Galatians 5:25 would say if the spirit is the source of</w:t>
      </w:r>
    </w:p>
    <w:p>
      <w:r>
        <w:t>your life, then your actual conduct should fall into line with that spirit.</w:t>
      </w:r>
    </w:p>
    <w:p>
      <w:r>
        <w:t>Okay? So in one sense it is two different things. If the spirit is the source of our life, that's one thing.</w:t>
      </w:r>
    </w:p>
    <w:p>
      <w:r>
        <w:t>Then what we do and how we live should reflect that life, that spirit within us, which is a totally different thing.</w:t>
      </w:r>
    </w:p>
    <w:p>
      <w:r>
        <w:t>Why is it totally different? Because the Holy Spirit's not going to make you do something against your will. He is there</w:t>
      </w:r>
    </w:p>
    <w:p>
      <w:r>
        <w:t>to help, to instruct, to direct, to strengthen, but he's not going to violate your free will to do something,</w:t>
      </w:r>
    </w:p>
    <w:p>
      <w:r>
        <w:t>say, opposed to scripture. That's our conduct that needs to fall in line with</w:t>
      </w:r>
    </w:p>
    <w:p>
      <w:r>
        <w:t>the spirit's desires. You've heard me say many, many times that when it comes to faith. The father's not about doing</w:t>
      </w:r>
    </w:p>
    <w:p>
      <w:r>
        <w:t>things for you. He's about doing things with you. You ask for miraculous things</w:t>
      </w:r>
    </w:p>
    <w:p>
      <w:r>
        <w:t>and you hold on to faith believing it's true while doing nothing except for waiting around waiting for him to do something. That's not faith.</w:t>
      </w:r>
    </w:p>
    <w:p>
      <w:r>
        <w:t>James says, "I'll show you my faith by what I do." So, it's the same reason why he didn't</w:t>
      </w:r>
    </w:p>
    <w:p>
      <w:r>
        <w:t>just grant Peter the miraculous power to walk on water. No, he told Peter, "You got to step out. You have to be in this</w:t>
      </w:r>
    </w:p>
    <w:p>
      <w:r>
        <w:t>with me." And so, that's what I'm seeing here in Galatians 5. He has given us his</w:t>
      </w:r>
    </w:p>
    <w:p>
      <w:r>
        <w:t>holy spirit. But then our conduct, our decisions need to fall in line with that</w:t>
      </w:r>
    </w:p>
    <w:p>
      <w:r>
        <w:t>spirit. And that's doing things with him and not having him do things for you.</w:t>
      </w:r>
    </w:p>
    <w:p>
      <w:pPr>
        <w:pStyle w:val="Heading1"/>
      </w:pPr>
      <w:r>
        <w:t>Chapter 4: Works of the flesh</w:t>
      </w:r>
    </w:p>
    <w:p>
      <w:r>
        <w:t>But again, why if Galatians 5:25?</w:t>
      </w:r>
    </w:p>
    <w:p>
      <w:r>
        <w:t>That's a question that I have. If we live in the spirit, why if love those conditions, right? Why is the word if there? And here's the reason.</w:t>
      </w:r>
    </w:p>
    <w:p>
      <w:r>
        <w:t>Remember where we're at. We haven't left Galatians 5 yet. And last week, we briefly looked at the works of the</w:t>
      </w:r>
    </w:p>
    <w:p>
      <w:r>
        <w:t>flesh, right? That are obvious. Who are they obvious to, David, Tim?</w:t>
      </w:r>
    </w:p>
    <w:p>
      <w:r>
        <w:t>Obvious to God, obvious to those who know who God is and what his commandments are.</w:t>
      </w:r>
    </w:p>
    <w:p>
      <w:r>
        <w:t>Yeah. I just would say obviously to to everyone including the Galatians he's talking to obvious to yourself really to yourself is huge and here's why and</w:t>
      </w:r>
    </w:p>
    <w:p>
      <w:r>
        <w:t>then I'm a firm believer in what I'm about to say as I said a moment ago when we follow Christ when we're baptized into his name we're given the indwelling</w:t>
      </w:r>
    </w:p>
    <w:p>
      <w:r>
        <w:t>Holy Spirit as promised and his presence is there to strengthen to guide us into truth but until that happens till a</w:t>
      </w:r>
    </w:p>
    <w:p>
      <w:r>
        <w:t>person has the spirit what else has he given us to alert us to warn us that we are not doing something that we should be doing or vice versa.</w:t>
      </w:r>
    </w:p>
    <w:p>
      <w:r>
        <w:t>His word. Yep. His word. But something even more basic. It's conscious. Our conscience. Conscience. Who said that? Christine.</w:t>
      </w:r>
    </w:p>
    <w:p>
      <w:r>
        <w:t>Uh, yes. Our conscience.</w:t>
      </w:r>
    </w:p>
    <w:p>
      <w:r>
        <w:t>Now, this is just me just speaking about Edos here. I have vivid memory in my earlier days when I was a so-called</w:t>
      </w:r>
    </w:p>
    <w:p>
      <w:r>
        <w:t>Christian. This was my teenage years and and later of doing things that violated</w:t>
      </w:r>
    </w:p>
    <w:p>
      <w:r>
        <w:t>my conscience. I still did them, but in my heart, in my mind, I could remember that specific,</w:t>
      </w:r>
    </w:p>
    <w:p>
      <w:r>
        <w:t>yeah, I shouldn't be doing this, but I did anyways because I wanted to satisfy the desires of my sinful nature, right?</w:t>
      </w:r>
    </w:p>
    <w:p>
      <w:r>
        <w:t>And I think all of us could probably relate to that sentiment. And so when Tim says it's obvious to yourself, it</w:t>
      </w:r>
    </w:p>
    <w:p>
      <w:r>
        <w:t>really is. It really is obvious when you look at this list.</w:t>
      </w:r>
    </w:p>
    <w:p>
      <w:r>
        <w:t>Sexual morality. How many of us just know instinctively because of the ways that we were raised that this is wrong? Cheating on your</w:t>
      </w:r>
    </w:p>
    <w:p>
      <w:r>
        <w:t>wife is wrong. Even people who regularly have sex outside of marriage, I guarantee you they are violating their</w:t>
      </w:r>
    </w:p>
    <w:p>
      <w:r>
        <w:t>conscience when they do that. And you get to the point to where you violate your conscience. so much that it wears it away and you get to a point to where your conscience is no longer violated.</w:t>
      </w:r>
    </w:p>
    <w:p>
      <w:r>
        <w:t>But it doesn't start that way.</w:t>
      </w:r>
    </w:p>
    <w:p>
      <w:r>
        <w:t>Uncleanness, debauchery, idolatry, witchcraft. You know, we saw this list last week and we're going to take a closer look at it today because this is the opposite of walking in the spirit.</w:t>
      </w:r>
    </w:p>
    <w:p>
      <w:r>
        <w:t>And then he goes on in verses 22 through 23 talking about the fruit of the spirit, right? He's he's opposing these two things. He's on one hand he's</w:t>
      </w:r>
    </w:p>
    <w:p>
      <w:r>
        <w:t>showing you what it looks like to walk according to the flesh to not walk in the spirit. On the other hand, he says, "Well, this is what it looks like to</w:t>
      </w:r>
    </w:p>
    <w:p>
      <w:r>
        <w:t>walk in the spirit. It's the fruit of the spirit, love, joy, peace, longsuffering, kindness, and the like." And the reason that he's doing this in</w:t>
      </w:r>
    </w:p>
    <w:p>
      <w:r>
        <w:t>his letter is because we as followers of Yeshua, even though we have his spirit,</w:t>
      </w:r>
    </w:p>
    <w:p>
      <w:r>
        <w:t>we still choose how we live. And that's why Paul says not just here. We're going</w:t>
      </w:r>
    </w:p>
    <w:p>
      <w:r>
        <w:t>to look at another verse in a moment where he uses this word if. The if is there</w:t>
      </w:r>
    </w:p>
    <w:p>
      <w:r>
        <w:t>because at the end of the day, we still have the freedom to choose which one of</w:t>
      </w:r>
    </w:p>
    <w:p>
      <w:r>
        <w:t>those boxes we're going to embrace on a daily basis in our life. So our walk</w:t>
      </w:r>
    </w:p>
    <w:p>
      <w:r>
        <w:t>reveals whether or not we live in the spirit. The decisions that we make and the way that we walk really reveals</w:t>
      </w:r>
    </w:p>
    <w:p>
      <w:r>
        <w:t>whether or not we are quote living in the spirit. And when I see this, I shake my head and I think, doesn't that take</w:t>
      </w:r>
    </w:p>
    <w:p>
      <w:r>
        <w:t>the mystery out of what this means? As I said in the opening statement, the Old Testament is replete with words about walking.</w:t>
      </w:r>
    </w:p>
    <w:p>
      <w:r>
        <w:t>Walking in a certain way, walking in his way, walking in righteousness, walking in faith, walking</w:t>
      </w:r>
    </w:p>
    <w:p>
      <w:r>
        <w:t>in obedience, walking in according to his word, accordance to his word. So, it shouldn't surprise us that when we move</w:t>
      </w:r>
    </w:p>
    <w:p>
      <w:r>
        <w:t>into the New Testament letters that we're seeing the same thing just in different words. Why are they in</w:t>
      </w:r>
    </w:p>
    <w:p>
      <w:r>
        <w:t>different words? Well, because now we have the indwelling Holy Spirit. And so, he's helping us to achieve our goal to</w:t>
      </w:r>
    </w:p>
    <w:p>
      <w:r>
        <w:t>do what was commanded from the very beginning. How many of us have gone through life without ever really</w:t>
      </w:r>
    </w:p>
    <w:p>
      <w:r>
        <w:t>understanding what it means to walk in the spirit? How many have been taught that walking in the spirit is reserved for those who who have received some</w:t>
      </w:r>
    </w:p>
    <w:p>
      <w:r>
        <w:t>special anointing of the spirit? You grew up in a church in your young mind, you looked at the pastor and you thought, "Oh yeah, if anyone's walking</w:t>
      </w:r>
    </w:p>
    <w:p>
      <w:r>
        <w:t>in the spirit, that guy is." That's what we thought. How many have been told that the only way to truly walk in the spirit</w:t>
      </w:r>
    </w:p>
    <w:p>
      <w:r>
        <w:t>is to be quote baptized in the Holy Ghost? Receiving supernatural gifts, miraculous power, or an extraordinary</w:t>
      </w:r>
    </w:p>
    <w:p>
      <w:r>
        <w:t>level of faith. And even more so, let me just ask this. It's not in my notes, but it's coming to mind. And this is really</w:t>
      </w:r>
    </w:p>
    <w:p>
      <w:r>
        <w:t>addressed to those of you still plugged into the Christian church. I can't tell you how many times in the course of my Christian life where I was just</w:t>
      </w:r>
    </w:p>
    <w:p>
      <w:r>
        <w:t>disappointed because it didn't feel like the father was hearing me. didn't feel like my prayers were being answered because at the end of the day, I wasn't</w:t>
      </w:r>
    </w:p>
    <w:p>
      <w:r>
        <w:t>walking in the spirit. I wasn't doing the things that pleased him. I wasn't walking in the way that pleased him</w:t>
      </w:r>
    </w:p>
    <w:p>
      <w:r>
        <w:t>while at the same time claiming faith in his name. And so, my spiritual life, like so many of yours, I'm willing to</w:t>
      </w:r>
    </w:p>
    <w:p>
      <w:r>
        <w:t>bet $1,000 on it, stunted, disappointing, and not knowing why. And</w:t>
      </w:r>
    </w:p>
    <w:p>
      <w:r>
        <w:t>yet when we take a hard look at what walking in the spirit really is, the mystery just goes away. And I think</w:t>
      </w:r>
    </w:p>
    <w:p>
      <w:r>
        <w:t>there's too many of us that feel this way.</w:t>
      </w:r>
    </w:p>
    <w:p>
      <w:pPr>
        <w:pStyle w:val="Heading1"/>
      </w:pPr>
      <w:r>
        <w:t>Chapter 5: Analyzing fleshly sins</w:t>
      </w:r>
    </w:p>
    <w:p>
      <w:r>
        <w:t>So let's take a brief look at the sins of the flesh so that we can understand what they are. That that's fair, right?</w:t>
      </w:r>
    </w:p>
    <w:p>
      <w:r>
        <w:t>If walking according to the flesh is the opposite of walking in the spirit, then it's important that we look at these</w:t>
      </w:r>
    </w:p>
    <w:p>
      <w:r>
        <w:t>sins and break them down a little bit so so we can understand what it means. And these are limited definitions. You can do your own study to find out the full</w:t>
      </w:r>
    </w:p>
    <w:p>
      <w:r>
        <w:t>definition of these words. But adultery, sexual relationships involving someone uh who belongs to another in marriage.</w:t>
      </w:r>
    </w:p>
    <w:p>
      <w:r>
        <w:t>That's obvious, right?</w:t>
      </w:r>
    </w:p>
    <w:p>
      <w:r>
        <w:t>fornication, sexual immorality, sexual conduct outside the boundaries of yah established relationships,</w:t>
      </w:r>
    </w:p>
    <w:p>
      <w:r>
        <w:t>right? And that can be anything from sex with your girlfriend, your boyfriend, your cat, you know, it doesn't matter.</w:t>
      </w:r>
    </w:p>
    <w:p>
      <w:r>
        <w:t>Anything outside of the sexual boundaries that the father has established would be considered sexual</w:t>
      </w:r>
    </w:p>
    <w:p>
      <w:r>
        <w:t>immorality, uncleanness, state of un of defilement produced by sinful conduct or anything which a person willingly feeds moral or physical impurity.</w:t>
      </w:r>
    </w:p>
    <w:p>
      <w:r>
        <w:t>Lwdness behavior that is morally unrestrained, especially sexually. acting as though there are no proper boundaries or restraints on one's desires.</w:t>
      </w:r>
    </w:p>
    <w:p>
      <w:r>
        <w:t>They used to call this an overindulgence of the senses, the things that we do to satisfy our senses.</w:t>
      </w:r>
    </w:p>
    <w:p>
      <w:r>
        <w:t>Idolatry, that's again obvious. And I think this is why Paul said the sins of the flesh are obvious. Idolatry can</w:t>
      </w:r>
    </w:p>
    <w:p>
      <w:r>
        <w:t>obviously be money, career, possessions, political allegiances, celebrities, sports, relationships, and even ministry itself.</w:t>
      </w:r>
    </w:p>
    <w:p>
      <w:r>
        <w:t>You just have to ask the question, what's controlling you, and what do I serve? A lot of things can be idolatry.</w:t>
      </w:r>
    </w:p>
    <w:p>
      <w:r>
        <w:t>It's not just limited to having a statue that you bow down to every day. It's whatever you put in front of your</w:t>
      </w:r>
    </w:p>
    <w:p>
      <w:r>
        <w:t>service to Christ, whatever controls you and whatever you serve. Sorcery. Well, this can be the obvious.</w:t>
      </w:r>
    </w:p>
    <w:p>
      <w:r>
        <w:t>Witchcraft, spellcasting, occult rituals, attempting to manipulate spiritual powers, divination, magical</w:t>
      </w:r>
    </w:p>
    <w:p>
      <w:r>
        <w:t>practices, spiritism, and occult use of substances. But what's not listed here under sorcery? That could be. What about astrology? What about palm reading?</w:t>
      </w:r>
    </w:p>
    <w:p>
      <w:r>
        <w:t>What about people who speak to the dead? Seances. What about the Ouija board?</w:t>
      </w:r>
    </w:p>
    <w:p>
      <w:r>
        <w:t>All all these things that an effort to control or otherwise reach out to spiritual forces</w:t>
      </w:r>
    </w:p>
    <w:p>
      <w:r>
        <w:t>that we talked about months ago would be considered sorcery.</w:t>
      </w:r>
    </w:p>
    <w:p>
      <w:r>
        <w:t>Hatred. Now, when you hear the word hatred, we all think about, you know, hating somebody. But it could also be something as simple as holding a grudge,</w:t>
      </w:r>
    </w:p>
    <w:p>
      <w:r>
        <w:t>treating another person as an enemy, refusing reconciliation, wishing harm upon somebody, or being</w:t>
      </w:r>
    </w:p>
    <w:p>
      <w:r>
        <w:t>happy when they are harmed, hostility between families and believers. That's a big one right there. Some of us are</w:t>
      </w:r>
    </w:p>
    <w:p>
      <w:r>
        <w:t>estranged from siblings or estranged from parents because we have not been humble enough to reconcile.</w:t>
      </w:r>
    </w:p>
    <w:p>
      <w:r>
        <w:t>even if it's not anything we have to repent of. You You may not be guilty of anything, but you haven't reconciled.</w:t>
      </w:r>
    </w:p>
    <w:p>
      <w:r>
        <w:t>You're refusing to reconcile, blaming it on them. That's hatred.</w:t>
      </w:r>
    </w:p>
    <w:p>
      <w:r>
        <w:t>Contentions, constant arguing, looking for fights, being that person who always begs to differ. You've always got a different opinion than everybody else.</w:t>
      </w:r>
    </w:p>
    <w:p>
      <w:r>
        <w:t>Turning every disagreement into conflict, arguing on social media just so you could win. [laughter]</w:t>
      </w:r>
    </w:p>
    <w:p>
      <w:r>
        <w:t>I used to do that when social media was just getting started. I would get in these endless arguments with people online,</w:t>
      </w:r>
    </w:p>
    <w:p>
      <w:r>
        <w:t>always hoping to trump them, always hoping to walk away feeling like I won that argument. So stupid. But that's</w:t>
      </w:r>
    </w:p>
    <w:p>
      <w:r>
        <w:t>what I did. fighting over opinions, jealousies, obviously resenting someone's success,</w:t>
      </w:r>
    </w:p>
    <w:p>
      <w:r>
        <w:t>being possessive, becoming angry when another person receives recognition, wanting another person's position, or</w:t>
      </w:r>
    </w:p>
    <w:p>
      <w:r>
        <w:t>being jealous of what somebody has or owns or possesses, longing for the things that other people have or possess. And that can be from</w:t>
      </w:r>
    </w:p>
    <w:p>
      <w:r>
        <w:t>everything from materialism to relationships.</w:t>
      </w:r>
    </w:p>
    <w:p>
      <w:r>
        <w:t>You're bitter because so and so found a boyfriend. You're bitter because so and so found a girlfriend.</w:t>
      </w:r>
    </w:p>
    <w:p>
      <w:r>
        <w:t>You're bitter because so and so is having a baby and you're not. I mean all kinds of stuff.</w:t>
      </w:r>
    </w:p>
    <w:p>
      <w:r>
        <w:t>These are jealousies. Outbursts of wrath. That's a gentle way of saying fit a fit of rage. [snorts]</w:t>
      </w:r>
    </w:p>
    <w:p>
      <w:r>
        <w:t>I'm guilty of this many times. Put my fist through a wall in moments of rage or anger or pain. I blew my knee out</w:t>
      </w:r>
    </w:p>
    <w:p>
      <w:r>
        <w:t>some years ago. My wife and I were dating and I was trying to get out of the bathtub. She wasn't there, of course, because we were dating. Was</w:t>
      </w:r>
    </w:p>
    <w:p>
      <w:r>
        <w:t>trying to get out of the bathtub of my apartment with my leg wrapped and banged it against the bathtub and it pain sent me into orbit [laughter]</w:t>
      </w:r>
    </w:p>
    <w:p>
      <w:r>
        <w:t>and it was so painful. I just bam, I hit the wall with my fist and put a hole through it. That's a fit of rage.</w:t>
      </w:r>
    </w:p>
    <w:p>
      <w:r>
        <w:t>My wife says that's not funny. It's not funny. It's sin. But I'm it's I'm thinking about it. It makes me laugh.</w:t>
      </w:r>
    </w:p>
    <w:p>
      <w:r>
        <w:t>Explosive temper, screaming, throwing things. Road rage. Bing ding ding ding.</w:t>
      </w:r>
    </w:p>
    <w:p>
      <w:r>
        <w:t>Vicious verbal attacks. Angry texts sent in the heat of the moment. Uncontrolled rage. Okay, this is something that I think hits us all. Selfish ambitions,</w:t>
      </w:r>
    </w:p>
    <w:p>
      <w:r>
        <w:t>manipulating people to gain position, competing for authority in a congregation, undermining another person so you can advance,</w:t>
      </w:r>
    </w:p>
    <w:p>
      <w:r>
        <w:t>needing recognition. [laughter] Sorry. Sorry for that typo.</w:t>
      </w:r>
    </w:p>
    <w:p>
      <w:r>
        <w:t>Yes. Some people just have to have recognition.</w:t>
      </w:r>
    </w:p>
    <w:p>
      <w:r>
        <w:t>They have to be seen. They have to be noticed. Their comment has to be heard. Their deep insight has to be heard.</w:t>
      </w:r>
    </w:p>
    <w:p>
      <w:r>
        <w:t>That's just selfish ambition, right? And we do this in a lot of different ways.</w:t>
      </w:r>
    </w:p>
    <w:p>
      <w:r>
        <w:t>I'm just rattling off some that I happen to know personally because of myself.</w:t>
      </w:r>
    </w:p>
    <w:p>
      <w:r>
        <w:t>Dissensions driving wedges between believers. This is just being divisive, right? You you get some gratification</w:t>
      </w:r>
    </w:p>
    <w:p>
      <w:r>
        <w:t>when you have divided two people, when you've created two opposing camps or you're turning one person against another.</w:t>
      </w:r>
    </w:p>
    <w:p>
      <w:r>
        <w:t>That's dissensions. Heresies. We've discussed creating exclusive parties,</w:t>
      </w:r>
    </w:p>
    <w:p>
      <w:r>
        <w:t>clicks, camps, movements, factions where loyalty to the group becomes more</w:t>
      </w:r>
    </w:p>
    <w:p>
      <w:r>
        <w:t>important than truth. Now, some months ago, we looked at the difference between ungodly heresy and godly heresy.</w:t>
      </w:r>
    </w:p>
    <w:p>
      <w:r>
        <w:t>And just for the sake of discussion, the English word that that is used in our Bibles is factions. The word behind that</w:t>
      </w:r>
    </w:p>
    <w:p>
      <w:r>
        <w:t>word faction is heresy. Like when Paul says there must be factions among you, that word is heresy.</w:t>
      </w:r>
    </w:p>
    <w:p>
      <w:r>
        <w:t>But also here in Galatians 5, it's also heresy. So what gives? How can one be okay and one not? Well, in Paul's case,</w:t>
      </w:r>
    </w:p>
    <w:p>
      <w:r>
        <w:t>when he says there must be heresies or factions among you, he's talking about the differences that need to exist among believers in the way they perceive</w:t>
      </w:r>
    </w:p>
    <w:p>
      <w:r>
        <w:t>things, understand things, see things biblically so that the spirit will reveal the truth. In that sense, these I</w:t>
      </w:r>
    </w:p>
    <w:p>
      <w:r>
        <w:t>don't want to use any of these words, but for the sake of discussion, camps can be allowed to exist until those</w:t>
      </w:r>
    </w:p>
    <w:p>
      <w:r>
        <w:t>camps become more important to you than actual truth. Let's say the spirit has decided and has revealed the truth on</w:t>
      </w:r>
    </w:p>
    <w:p>
      <w:r>
        <w:t>any one matter, but you refuse to move off of your position. That happens all the time. So, there's a difference. And</w:t>
      </w:r>
    </w:p>
    <w:p>
      <w:r>
        <w:t>Paul's talking about one here that is angry, divisive, and rises above what is actual truth. And then envy, being</w:t>
      </w:r>
    </w:p>
    <w:p>
      <w:r>
        <w:t>irritated by another person's success, secretly enjoying someone's failure.</w:t>
      </w:r>
    </w:p>
    <w:p>
      <w:r>
        <w:t>Criticizing someone because they're doing well.</w:t>
      </w:r>
    </w:p>
    <w:p>
      <w:r>
        <w:t>Murders, obviously, the unliteral unlawful taking of a human life.</w:t>
      </w:r>
    </w:p>
    <w:p>
      <w:r>
        <w:t>Drunkenness. This is a a key one because when we think of drunkenness, we think of, you know, somebody falling over</w:t>
      </w:r>
    </w:p>
    <w:p>
      <w:r>
        <w:t>drunk. But that's not what drunkenness actually is. Drunkenness is drinking until your judgment, your speech, your behavior, your coordination, or your</w:t>
      </w:r>
    </w:p>
    <w:p>
      <w:r>
        <w:t>self-control is impaired. What does that mean? That happens as soon as a person is buzzed. They may not be falling over</w:t>
      </w:r>
    </w:p>
    <w:p>
      <w:r>
        <w:t>drunk, but they got a cool little buzz going on. Well, that is a impairment</w:t>
      </w:r>
    </w:p>
    <w:p>
      <w:r>
        <w:t>of your speech behavior coordination, self-control. Also, the person who deliberately seeks intoxication. That person who can't wait for the weekend.</w:t>
      </w:r>
    </w:p>
    <w:p>
      <w:r>
        <w:t>Why? Cuz they're going to get wasted binge drinking repeatedly using alcohol as an escape. And that's the dark one right there. You're not that person who</w:t>
      </w:r>
    </w:p>
    <w:p>
      <w:r>
        <w:t>gets falling over drunk. But you do lean on it. You do lean on alcohol as a bit of an escape for you. Okay. So again,</w:t>
      </w:r>
    </w:p>
    <w:p>
      <w:r>
        <w:t>drunkenness, revalries, parties centered around drunkenness, sexual immorality, uncontrolled behavior, crude</w:t>
      </w:r>
    </w:p>
    <w:p>
      <w:r>
        <w:t>entertainment, debot celebration with where restraint disappears. This is an orgy. And you don't have to be naked to</w:t>
      </w:r>
    </w:p>
    <w:p>
      <w:r>
        <w:t>have an orgy. It can just be a large party where everybody is drunk. There's people having sex in different rooms of</w:t>
      </w:r>
    </w:p>
    <w:p>
      <w:r>
        <w:t>the house. There are uncontrolled behavior. How many of us grew up going to these in high school or college?</w:t>
      </w:r>
    </w:p>
    <w:p>
      <w:r>
        <w:t>Right? And then he says and the like.</w:t>
      </w:r>
    </w:p>
    <w:p>
      <w:r>
        <w:t>And that means Paul's list is not exhaustive, right? He's giving us categories. And that's why I encouraged you at the beginning to go back and look at these things for yourself. So you can reveal the subcategories.</w:t>
      </w:r>
    </w:p>
    <w:p>
      <w:r>
        <w:t>Anything produced by the same fleshly impulses belongs in the same family.</w:t>
      </w:r>
    </w:p>
    <w:p>
      <w:r>
        <w:t>Even if Paul did not name that particular behavior. And that's why he says at the end of Galatians 5, well not</w:t>
      </w:r>
    </w:p>
    <w:p>
      <w:r>
        <w:t>quite at the end, but at least in verse 21, that those who live like this, and that's a key three words in the New King</w:t>
      </w:r>
    </w:p>
    <w:p>
      <w:r>
        <w:t>James, it says those who practice such things, those also three words. In the</w:t>
      </w:r>
    </w:p>
    <w:p>
      <w:r>
        <w:t>NIV, I believe it's live like this or some similar phrase in other translations. And that's important</w:t>
      </w:r>
    </w:p>
    <w:p>
      <w:r>
        <w:t>because he's talking about people who are truly living like this. It's not that you made a mistake and drank a</w:t>
      </w:r>
    </w:p>
    <w:p>
      <w:r>
        <w:t>little too much one night while you were out having dinner with your wife and got a little buzzed. No, it's not that. It's</w:t>
      </w:r>
    </w:p>
    <w:p>
      <w:r>
        <w:t>the person who is seeking the buzz. A person who is living like that. It's not a one-off. It's it's a part of our</w:t>
      </w:r>
    </w:p>
    <w:p>
      <w:r>
        <w:t>everyday life. And that's where Paul says those people will not inherit the kingdom of Yah. But one thing we can be</w:t>
      </w:r>
    </w:p>
    <w:p>
      <w:r>
        <w:t>sure of is that this is the exact opposite of walking in the spirit. David and Tim, before I move off of this and</w:t>
      </w:r>
    </w:p>
    <w:p>
      <w:r>
        <w:t>go on to the fruit of the spirit, anything that you wanted to add or toss in?</w:t>
      </w:r>
    </w:p>
    <w:p>
      <w:r>
        <w:t>Yeah, I would I would say this list looks like, you know, my resume, all of our resumes really. I mean it's it it's super and I I would say that we are fleshly.</w:t>
      </w:r>
    </w:p>
    <w:p>
      <w:r>
        <w:t>This is why Paul's talking about we are of the flesh and so slip ups are a lot different than consistent you know and persistent and deliberate which is</w:t>
      </w:r>
    </w:p>
    <w:p>
      <w:r>
        <w:t>talked about in Hebrews 10:26. But so I just think that it's really important to kind of look understanding that we we we slip up and that's why we repent. We get</w:t>
      </w:r>
    </w:p>
    <w:p>
      <w:r>
        <w:t>back up. But deliberately and persistently living like this is a scary place to be. I think one thing that you</w:t>
      </w:r>
    </w:p>
    <w:p>
      <w:r>
        <w:t>hit on a little bit, but pride, we're all so prideful because we're insecure and we want to be right and we uh fear</w:t>
      </w:r>
    </w:p>
    <w:p>
      <w:r>
        <w:t>is driving that our past traumas. But pride, I think you hit on it with factions a little bit and but I think it's just important to key off a little</w:t>
      </w:r>
    </w:p>
    <w:p>
      <w:r>
        <w:t>bit. It says he who he who's I accept as he who's humble and who trembles at my word. We just need to be humble, you know, and not be prideful.</w:t>
      </w:r>
    </w:p>
    <w:p>
      <w:r>
        <w:t>I have a general comment and I'll add it after the fruits themselves. But I do u want to mention that the uh statement</w:t>
      </w:r>
    </w:p>
    <w:p>
      <w:r>
        <w:t>that you made, it's not about necessarily that we have these thoughts that go through our mind. It's the</w:t>
      </w:r>
    </w:p>
    <w:p>
      <w:r>
        <w:t>actual action and the intentional deliberate decision to act that way is primarily focused on.</w:t>
      </w:r>
    </w:p>
    <w:p>
      <w:r>
        <w:t>Yeah. And consistently. Yeah. Thanks, Foss. Okay, let's look at the fruit of the spirit that he goes on to share in</w:t>
      </w:r>
    </w:p>
    <w:p>
      <w:pPr>
        <w:pStyle w:val="Heading1"/>
      </w:pPr>
      <w:r>
        <w:t>Chapter 6: Fruit of the Spirit</w:t>
      </w:r>
    </w:p>
    <w:p>
      <w:r>
        <w:t>in Galatians 5. And it's important to note when you read that verse, I should have had it up here. I don't know why I</w:t>
      </w:r>
    </w:p>
    <w:p>
      <w:r>
        <w:t>don't. It doesn't say fruits [snorts] plural.</w:t>
      </w:r>
    </w:p>
    <w:p>
      <w:r>
        <w:t>It says fruit singular, even though we're going to look at what appears to be fruits plural. How do we understand</w:t>
      </w:r>
    </w:p>
    <w:p>
      <w:r>
        <w:t>that? Well, I think the way I understand it is when we have the spirit,</w:t>
      </w:r>
    </w:p>
    <w:p>
      <w:r>
        <w:t>he has given us the ability to employ, if you will, if I want to use that word, the fruit of the spirit. And it reveals</w:t>
      </w:r>
    </w:p>
    <w:p>
      <w:r>
        <w:t>itself in all different kinds of ways, beginning with love. And as many ways as we can define that word, I've just, you know, threw up some things here.</w:t>
      </w:r>
    </w:p>
    <w:p>
      <w:r>
        <w:t>patience, sacrifice, forgiveness, service, compassion, and choosing another person's good over your selfish</w:t>
      </w:r>
    </w:p>
    <w:p>
      <w:r>
        <w:t>interest. That seems pretty straightforward. And as straightforward as it appears, sometimes it's the hardest thing to do, [laughter]</w:t>
      </w:r>
    </w:p>
    <w:p>
      <w:r>
        <w:t>especially in relationships that that you're close to, to be patient with them, to be willing to sacrifice for them when you're mad at them or they've</w:t>
      </w:r>
    </w:p>
    <w:p>
      <w:r>
        <w:t>hurt you or the ability to forgive, right? or the ability to serve the people that are unlovable.</w:t>
      </w:r>
    </w:p>
    <w:p>
      <w:r>
        <w:t>So it's important and I think it's important to the spirit that this is the very first thing mentioned above all</w:t>
      </w:r>
    </w:p>
    <w:p>
      <w:r>
        <w:t>else. And then we get to joy, gratitude, contentment, rejoicing in Yahw even during hardship and refusing to let</w:t>
      </w:r>
    </w:p>
    <w:p>
      <w:r>
        <w:t>circumstances determine one's entire disposition. I don't know about you guys, but this is huge. If I'm brutally transparent here, I I can tell you that</w:t>
      </w:r>
    </w:p>
    <w:p>
      <w:r>
        <w:t>it took me a while in my own walk to get to this place where I was content regardless of the circumstance I was in.</w:t>
      </w:r>
    </w:p>
    <w:p>
      <w:r>
        <w:t>Still learning that Paul put it this way. He said, "He has found the secret of being content in every situation."</w:t>
      </w:r>
    </w:p>
    <w:p>
      <w:r>
        <w:t>That's how it's been for me to learn how to find that place in Yahw in my relationship with him where I can</w:t>
      </w:r>
    </w:p>
    <w:p>
      <w:r>
        <w:t>experience the joy regardless of what's happening in my personal life.</w:t>
      </w:r>
    </w:p>
    <w:p>
      <w:r>
        <w:t>Regardless of who's saying what to me, regardless of the number of zeros in my</w:t>
      </w:r>
    </w:p>
    <w:p>
      <w:r>
        <w:t>bank account or the lack thereof, regardless of you name it, you can plug anything in there. And you could</w:t>
      </w:r>
    </w:p>
    <w:p>
      <w:r>
        <w:t>probably all do that right now if I was to turn your mics on. We all can identify with the circumstance. But</w:t>
      </w:r>
    </w:p>
    <w:p>
      <w:r>
        <w:t>getting to that point in your walk, having the spirit to have that joy, that</w:t>
      </w:r>
    </w:p>
    <w:p>
      <w:r>
        <w:t>secret of being content in every situation, peace, that's wholeness,</w:t>
      </w:r>
    </w:p>
    <w:p>
      <w:r>
        <w:t>that's harmony, that's tranquility and freedom from hostility. And if you recall a few weeks ago, we learned that the peace that passes understanding is</w:t>
      </w:r>
    </w:p>
    <w:p>
      <w:r>
        <w:t>not our peace. Remember, it's his. And that's why peace is a fruit of the Holy</w:t>
      </w:r>
    </w:p>
    <w:p>
      <w:r>
        <w:t>Spirit because it's his and we get to exercise it. We get to put it into action.</w:t>
      </w:r>
    </w:p>
    <w:p>
      <w:r>
        <w:t>Remember, faith is a partnership.</w:t>
      </w:r>
    </w:p>
    <w:p>
      <w:r>
        <w:t>So, we get to decide that we're going to allow ourselves to be harmonious, tranquil, and freed from hostility when the situation demands hostility.</w:t>
      </w:r>
    </w:p>
    <w:p>
      <w:r>
        <w:t>Longsuffering different than patience, but it's kind of like patience under provocation.</w:t>
      </w:r>
    </w:p>
    <w:p>
      <w:r>
        <w:t>The ability to endure another person's faults or offenses without quickly retaliating or the ability to endure them at all.</w:t>
      </w:r>
    </w:p>
    <w:p>
      <w:r>
        <w:t>And you know what I mean by that? We all have those people in our life that just drive us crazy. It's something about</w:t>
      </w:r>
    </w:p>
    <w:p>
      <w:r>
        <w:t>their personality. It's something about the way they talk. It's something about with what they do. It's It could be a million different things.</w:t>
      </w:r>
    </w:p>
    <w:p>
      <w:r>
        <w:t>They talk too much or they don't know when to shut up or you know what I mean?</w:t>
      </w:r>
    </w:p>
    <w:p>
      <w:r>
        <w:t>We all have those people. Longsuffering is the ability to endure those things.</w:t>
      </w:r>
    </w:p>
    <w:p>
      <w:r>
        <w:t>And the only reason that you can endure them is because you are at peace and you do have joy and most importantly you have love.</w:t>
      </w:r>
    </w:p>
    <w:p>
      <w:r>
        <w:t>And then kindness, speaking gently, helping people, showing mercy, being considerate, treating people well even when nothing is gained from doing so.</w:t>
      </w:r>
    </w:p>
    <w:p>
      <w:r>
        <w:t>And I I can't tell you from a personal experience. I mean, I can tell you from a personal experience that you know when you've met this person, you know, when</w:t>
      </w:r>
    </w:p>
    <w:p>
      <w:r>
        <w:t>you've met a person that was just super patient, super kind, so willing to help or show mercy, even when there was</w:t>
      </w:r>
    </w:p>
    <w:p>
      <w:r>
        <w:t>nothing that he or she was going to get from it, they were just doing it. You always know when you bump against that person. And I want to be that person.</w:t>
      </w:r>
    </w:p>
    <w:p>
      <w:r>
        <w:t>And as followers of Yeshua, we can be that unique person by deciding to walk</w:t>
      </w:r>
    </w:p>
    <w:p>
      <w:r>
        <w:t>in the spirit. Goodness, honesty, generosity, integrity, helping those in need, again, defending what is right.</w:t>
      </w:r>
    </w:p>
    <w:p>
      <w:r>
        <w:t>Faithfulness. Faithfulness is not just about being faithful to Yah.</w:t>
      </w:r>
    </w:p>
    <w:p>
      <w:r>
        <w:t>Faithfulness is being that person that always keeps your commitments. That is a man or a woman of your word.</w:t>
      </w:r>
    </w:p>
    <w:p>
      <w:r>
        <w:t>When you say something, it means something. Letting your yes be yes and your no be no. It's being dependable.</w:t>
      </w:r>
    </w:p>
    <w:p>
      <w:r>
        <w:t>It's remaining loyal to Yah, obviously, but it's being that person that is trustworthy when nobody is watching. In</w:t>
      </w:r>
    </w:p>
    <w:p>
      <w:r>
        <w:t>other words, you're not loyal because somebody is paying attention.</w:t>
      </w:r>
    </w:p>
    <w:p>
      <w:r>
        <w:t>You're not faithful because somebody is looking. You don't do that or any of these things for the sake of being patted on the back.</w:t>
      </w:r>
    </w:p>
    <w:p>
      <w:r>
        <w:t>You just are. And again, you know when you've met this person, we all do</w:t>
      </w:r>
    </w:p>
    <w:p>
      <w:r>
        <w:t>because it strikes us as so unique. And it is because that person is walking in</w:t>
      </w:r>
    </w:p>
    <w:p>
      <w:r>
        <w:t>the spirit. And of course, gentleness is the ability to correct somebody without humiliating them or responding to them without aggression.</w:t>
      </w:r>
    </w:p>
    <w:p>
      <w:r>
        <w:t>And that's much easier said than done.</w:t>
      </w:r>
    </w:p>
    <w:p>
      <w:r>
        <w:t>Sometimes we want to belittle. Sometimes we want to humiliate. Sometimes we want to treat somebody less than. And we</w:t>
      </w:r>
    </w:p>
    <w:p>
      <w:r>
        <w:t>can't. We shouldn't. We should always be gentle. And then here's the thing. The very last one is self-control. It's</w:t>
      </w:r>
    </w:p>
    <w:p>
      <w:r>
        <w:t>times like this where I personally see the Holy Spirit working in the things that Paul wrote. I don't need proof like</w:t>
      </w:r>
    </w:p>
    <w:p>
      <w:r>
        <w:t>some of our Paul haters do because it's by no coincidence that love was mentioned first in the fruit of the</w:t>
      </w:r>
    </w:p>
    <w:p>
      <w:r>
        <w:t>spirit. And it's no coincidence that self-control is the last one because it</w:t>
      </w:r>
    </w:p>
    <w:p>
      <w:r>
        <w:t>helps you to have mastery over your desires, your impulses, appetites, emotions, passions, and anything else</w:t>
      </w:r>
    </w:p>
    <w:p>
      <w:r>
        <w:t>that's capable of controlling us. In other words, anything else that's capable of not allowing you to be</w:t>
      </w:r>
    </w:p>
    <w:p>
      <w:r>
        <w:t>successful in everything mentioned above it. The fruit of the spirit is to give you the self-control</w:t>
      </w:r>
    </w:p>
    <w:p>
      <w:r>
        <w:t>that allows you to do all of those wonderful things that are the fruit of the Holy Spirit. And when I look at</w:t>
      </w:r>
    </w:p>
    <w:p>
      <w:pPr>
        <w:pStyle w:val="Heading1"/>
      </w:pPr>
      <w:r>
        <w:t>Chapter 7: Spirit vs flesh conflict</w:t>
      </w:r>
    </w:p>
    <w:p>
      <w:r>
        <w:t>that, I go, look how perfectly these two lists oppose each other. In Galatians 5:17, Paul says, "The flesh lusts against the</w:t>
      </w:r>
    </w:p>
    <w:p>
      <w:r>
        <w:t>spirit and the spirit against the flesh." I've heard this. I'm sure you have. It's like having two wolves, you know, inside of your body. Whichever one you feed is the one that's strongest.</w:t>
      </w:r>
    </w:p>
    <w:p>
      <w:r>
        <w:t>They're always fighting. And the one that you feed is the one that's going to win. That's a great analogy, but it's not far from the truth. Paul says that these two things war against each other.</w:t>
      </w:r>
    </w:p>
    <w:p>
      <w:r>
        <w:t>But look at how perfectly they fit together. The works of the flesh are what reveals our uncontrolled desires.</w:t>
      </w:r>
    </w:p>
    <w:p>
      <w:r>
        <w:t>Sexual appetite becomes sexual immorality.</w:t>
      </w:r>
    </w:p>
    <w:p>
      <w:r>
        <w:t>Religious desire becomes idolatry and sorcery.</w:t>
      </w:r>
    </w:p>
    <w:p>
      <w:r>
        <w:t>Ego becomes jealousy and selfish ambition. Anger becomes wrath.</w:t>
      </w:r>
    </w:p>
    <w:p>
      <w:r>
        <w:t>Disagreement becomes contention and division. Appetite becomes drunkenness and realry. But</w:t>
      </w:r>
    </w:p>
    <w:p>
      <w:r>
        <w:t>when you are living in the spirit, when you have the spirit governing that person, then hatred gives way to love.</w:t>
      </w:r>
    </w:p>
    <w:p>
      <w:r>
        <w:t>Misery and dissatisfaction give way to joy. Contention gives way to peace.</w:t>
      </w:r>
    </w:p>
    <w:p>
      <w:r>
        <w:t>Wrath gives way to longsuffering. Harshness gives way to kindness. Evil gives way to goodness.</w:t>
      </w:r>
    </w:p>
    <w:p>
      <w:r>
        <w:t>Unreliability gives way to faithfulness. Aggression gives way to gentleness.</w:t>
      </w:r>
    </w:p>
    <w:p>
      <w:r>
        <w:t>And your uncontrolled appetite gives way to self-control.</w:t>
      </w:r>
    </w:p>
    <w:p>
      <w:r>
        <w:t>And that's a big one because I can't tell you in the course of my counseling people over the years how many have</w:t>
      </w:r>
    </w:p>
    <w:p>
      <w:r>
        <w:t>shared and I have also felt sometimes we have this uncontrollable appetite for A, B, or C and we just can't seem to</w:t>
      </w:r>
    </w:p>
    <w:p>
      <w:r>
        <w:t>control it. Well, the reason you can't seem to control it is because you're not in the spirit. You're not walking in the spirit.</w:t>
      </w:r>
    </w:p>
    <w:p>
      <w:r>
        <w:t>You don't have a spirit. But when you do, that uncontrolled appetite gives way to your ability to self-control. And</w:t>
      </w:r>
    </w:p>
    <w:p>
      <w:r>
        <w:t>that word right there, guys, proves the partnership in our faith. The Holy Spirit does not give us control.</w:t>
      </w:r>
    </w:p>
    <w:p>
      <w:r>
        <w:t>He gives us stealth control.</w:t>
      </w:r>
    </w:p>
    <w:p>
      <w:r>
        <w:t>That's the partnership. That's where we take the reigns and go, "Okay, he's given me this ability. I need to step up</w:t>
      </w:r>
    </w:p>
    <w:p>
      <w:r>
        <w:t>and take control. If we live in the spirit, let's also walk in the spirit. In other</w:t>
      </w:r>
    </w:p>
    <w:p>
      <w:r>
        <w:t>words, you decide how you will walk and live. Okay, David, you're up. You wanted to share after we did the the fruits.</w:t>
      </w:r>
    </w:p>
    <w:p>
      <w:r>
        <w:t>Yes. Thanks.</w:t>
      </w:r>
    </w:p>
    <w:p>
      <w:r>
        <w:t>I think that at the end of the day, we need to recognize that it's all about putting things into action. This is not</w:t>
      </w:r>
    </w:p>
    <w:p>
      <w:r>
        <w:t>a theoretical exercise. This is not something you said earlier that uh you receive that you have the spirit is something that is internal. Right?</w:t>
      </w:r>
    </w:p>
    <w:p>
      <w:r>
        <w:t>There's a focus and this is consistent across the entire word of god is that it's all about</w:t>
      </w:r>
    </w:p>
    <w:p>
      <w:r>
        <w:t>action. It's all about putting things into practice. It starts with the greatest commandment that we've learned and we studied when he says schma.</w:t>
      </w:r>
    </w:p>
    <w:p>
      <w:r>
        <w:t>Right? Schma is not only hearing. Schma is doing, obeying. Throughout the New Testament, it talks about do not be</w:t>
      </w:r>
    </w:p>
    <w:p>
      <w:r>
        <w:t>hearers of the word, but doers of the word. Whatever you've heard from me, put it into practice. By this, people will know that you are my disciples if you</w:t>
      </w:r>
    </w:p>
    <w:p>
      <w:r>
        <w:t>love one another. It's about how you live in a way that is obvious, that is evident to all. It's not like, hey, God knows my heart. I have good intentions.</w:t>
      </w:r>
    </w:p>
    <w:p>
      <w:r>
        <w:t>Uh, this is what I'm thinking or this is how I'm feeling. It's about taking those things and actually living them out,</w:t>
      </w:r>
    </w:p>
    <w:p>
      <w:r>
        <w:t>right? One of I think that you you made a a strong statement and I and I wrote it down here. It says, you know, when</w:t>
      </w:r>
    </w:p>
    <w:p>
      <w:r>
        <w:t>you meet this person, right, in the way that they live, right, you you look at them and say, "Wow, this person is</w:t>
      </w:r>
    </w:p>
    <w:p>
      <w:r>
        <w:t>different. This person is living differently." And what that does is it then it draws people's attention to want</w:t>
      </w:r>
    </w:p>
    <w:p>
      <w:r>
        <w:t>to know more. says, "How is that? How do you do that? Why are you doing it?" Right? And it causes people to want to</w:t>
      </w:r>
    </w:p>
    <w:p>
      <w:r>
        <w:t>know more and to become and and maybe to experience that. Say, "Hey, I want that.</w:t>
      </w:r>
    </w:p>
    <w:p>
      <w:r>
        <w:t>I want that peace. I want that joy. I want that self-control." Right? There's another expression that that is kind of common. It says, "The first Bible that</w:t>
      </w:r>
    </w:p>
    <w:p>
      <w:r>
        <w:t>people will ever read is your life." Right? Before they even open the Bible,</w:t>
      </w:r>
    </w:p>
    <w:p>
      <w:r>
        <w:t>they will see you. and how you live and prayerfully. If you are living in a way that's in line with God, obeying God, uh</w:t>
      </w:r>
    </w:p>
    <w:p>
      <w:r>
        <w:t>living in a way that is evident of the outcomes of your life, that will draw them to actually wanting to know more</w:t>
      </w:r>
    </w:p>
    <w:p>
      <w:r>
        <w:t>and truly opening the word of Yahw. So, Amen.</w:t>
      </w:r>
    </w:p>
    <w:p>
      <w:r>
        <w:t>All right. Well, let's move along. To walk in the spirit, you must have the spirit, right? If we're going to walk in the spirit, we have to have the spirit.</w:t>
      </w:r>
    </w:p>
    <w:p>
      <w:pPr>
        <w:pStyle w:val="Heading1"/>
      </w:pPr>
      <w:r>
        <w:t>Chapter 8: The righteous requirement</w:t>
      </w:r>
    </w:p>
    <w:p>
      <w:r>
        <w:t>Romans 8. For what the law could not do in that it was weak through the flesh, Yahw did by sending his own son in the</w:t>
      </w:r>
    </w:p>
    <w:p>
      <w:r>
        <w:t>likeness of sinful flesh on account of sin. He condemned sin in the flesh that the righteous requirement of the law</w:t>
      </w:r>
    </w:p>
    <w:p>
      <w:r>
        <w:t>might be fulfilled in us who do not walk according to the flesh but according to the spirit. So he's already talking to</w:t>
      </w:r>
    </w:p>
    <w:p>
      <w:r>
        <w:t>believers because he says us who walk according to the spirit. But</w:t>
      </w:r>
    </w:p>
    <w:p>
      <w:r>
        <w:t>what's this? What is the righteous requirement of the law? Tim David the standard standard of what?</w:t>
      </w:r>
    </w:p>
    <w:p>
      <w:r>
        <w:t>Righteousness, holiness, set apartness.</w:t>
      </w:r>
    </w:p>
    <w:p>
      <w:r>
        <w:t>I think the successful fulfillment of what he talks about in the law. Reminds me of likeomy 6 where just what what the expectation should be.</w:t>
      </w:r>
    </w:p>
    <w:p>
      <w:r>
        <w:t>Okay, good stuff. Yeah, the righteous requirement of the law is the righteous obedience Yah's laws require. But sinful</w:t>
      </w:r>
    </w:p>
    <w:p>
      <w:r>
        <w:t>flesh can't do that. We know this from from scripture. Paul already told us in Romans 2 that the doers of the law will be justified.</w:t>
      </w:r>
    </w:p>
    <w:p>
      <w:r>
        <w:t>Now, I'm going to explain that verse here in a moment for those of you who are freaking out when you read these kind of things or for those of you Christians who come across Romans 2:13 and don't understand what Paul's saying.</w:t>
      </w:r>
    </w:p>
    <w:p>
      <w:r>
        <w:t>One thing we know for sure is that the requirement of the law, the righteous requirement of the law is the way. It is</w:t>
      </w:r>
    </w:p>
    <w:p>
      <w:r>
        <w:t>that righteous obedience that the father's laws requires. However, the sinful flesh can't do it.</w:t>
      </w:r>
    </w:p>
    <w:p>
      <w:r>
        <w:t>And that's what we saw so much in the days of the Old Testament. And yet Paul reminds us that the doers of the law</w:t>
      </w:r>
    </w:p>
    <w:p>
      <w:r>
        <w:t>will be justified. Now, this is important. This is just for a select few people in the audience. Paul talks like</w:t>
      </w:r>
    </w:p>
    <w:p>
      <w:r>
        <w:t>this in Romans 2:13. He's talking about postcon conversion. Okay? The doers of the law will be justified. Those people are already believers.</w:t>
      </w:r>
    </w:p>
    <w:p>
      <w:r>
        <w:t>He's pulling that from Deuteronomy 6 where it will be righteousness for us if we're careful to observe these commandments before Yahw our Elohim as</w:t>
      </w:r>
    </w:p>
    <w:p>
      <w:r>
        <w:t>he has commanded us. So to clarify for those who don't understand Romans 2:13, if no one will be justified by works of</w:t>
      </w:r>
    </w:p>
    <w:p>
      <w:r>
        <w:t>the law, then the question begs itself, why does Paul say here that the doers of the law would be justified?</w:t>
      </w:r>
    </w:p>
    <w:p>
      <w:r>
        <w:t>Some of us who are in the way can sometimes wrestle with some of the things that Paul says like this. The</w:t>
      </w:r>
    </w:p>
    <w:p>
      <w:r>
        <w:t>answer is that Paul is speaking about justification in two different senses.</w:t>
      </w:r>
    </w:p>
    <w:p>
      <w:r>
        <w:t>Faith in Messiah justifies the sinner from sin, guilt, and condemnation under salvation.</w:t>
      </w:r>
    </w:p>
    <w:p>
      <w:r>
        <w:t>Obedience does not earn that salvation.</w:t>
      </w:r>
    </w:p>
    <w:p>
      <w:r>
        <w:t>But it justifies. And this word I've grown to love, vindicates.</w:t>
      </w:r>
    </w:p>
    <w:p>
      <w:r>
        <w:t>the believer as one who is actually walking in righteousness. Faith is the basis of our initial justification</w:t>
      </w:r>
    </w:p>
    <w:p>
      <w:r>
        <w:t>before Yahw obedience is the evidence that our faith is actually the living genuine faith producing the</w:t>
      </w:r>
    </w:p>
    <w:p>
      <w:r>
        <w:t>righteousness that Yahws going all the way back up to Romans 8. Okay. So in a nutshell faith in Christ justifies.</w:t>
      </w:r>
    </w:p>
    <w:p>
      <w:r>
        <w:t>Obedience is the proof in the pudding of salvation.</w:t>
      </w:r>
    </w:p>
    <w:p>
      <w:r>
        <w:t>And I'm making that point in this lesson because at the end of the day, what I'm saying here as to what walking in the</w:t>
      </w:r>
    </w:p>
    <w:p>
      <w:r>
        <w:t>spirit actually means, it just means walking according to his way, fulfilling the righteous requirement of the law,</w:t>
      </w:r>
    </w:p>
    <w:p>
      <w:r>
        <w:t>not for your salvation, but because you love him. And that's why Paul says, "The doers of the law will be justified."</w:t>
      </w:r>
    </w:p>
    <w:p>
      <w:r>
        <w:t>That's why we see things like in Revelation 14:12, here's the patience of the saints, those who have commandments of God and the testimony of Yeshua. They</w:t>
      </w:r>
    </w:p>
    <w:p>
      <w:r>
        <w:t>have both. And I've harped on this a few times now in the last few lessons.</w:t>
      </w:r>
    </w:p>
    <w:p>
      <w:r>
        <w:t>That's on purpose. I want to help the viewer understand that the reason that you feel like you're failing in your</w:t>
      </w:r>
    </w:p>
    <w:p>
      <w:r>
        <w:t>Christianity is because you have rejected the idea of walking in his ways. those ways that we see in the Old</w:t>
      </w:r>
    </w:p>
    <w:p>
      <w:r>
        <w:t>Testament. And that's why your Christianity feels shallow. That's why you feel unfulfilled.</w:t>
      </w:r>
    </w:p>
    <w:p>
      <w:r>
        <w:t>That's why you feel like he's not listening to you. He's not hearing you.</w:t>
      </w:r>
    </w:p>
    <w:p>
      <w:r>
        <w:t>Is because you haven't been vindicated.</w:t>
      </w:r>
    </w:p>
    <w:p>
      <w:r>
        <w:t>You're not walking in these ways, those things that please him. The righteous requirement of the law, therefore, is</w:t>
      </w:r>
    </w:p>
    <w:p>
      <w:r>
        <w:t>walking according to the spirit. What's the righteous requirement of the law?</w:t>
      </w:r>
    </w:p>
    <w:p>
      <w:r>
        <w:t>David said it. Tim said it. To be obedient, to walk in his ways. And that</w:t>
      </w:r>
    </w:p>
    <w:p>
      <w:r>
        <w:t>is what walking according to the spirit means. The only difference between walking in the spirit and say walking in obedience, something that we might see</w:t>
      </w:r>
    </w:p>
    <w:p>
      <w:r>
        <w:t>in the Old Testament is that now in Christ, we have the Holy Spirit to help us do what we couldn't do. That's</w:t>
      </w:r>
    </w:p>
    <w:p>
      <w:pPr>
        <w:pStyle w:val="Heading1"/>
      </w:pPr>
      <w:r>
        <w:t>Chapter 9: Possessing the Spirit</w:t>
      </w:r>
    </w:p>
    <w:p>
      <w:r>
        <w:t>walking according to the spirit. But we have to ask the big question, the big grand question. Romans 8, do you have</w:t>
      </w:r>
    </w:p>
    <w:p>
      <w:r>
        <w:t>the spirit? And we all have to have the humility in our life to stop and go, "Huh, well, sheesh. Do I have the</w:t>
      </w:r>
    </w:p>
    <w:p>
      <w:r>
        <w:t>spirit?" Paul says, "But you are not in the flesh, but in the spirit." Again, speaking to believers. But then he uses</w:t>
      </w:r>
    </w:p>
    <w:p>
      <w:r>
        <w:t>that darn word again. If indeed the spirit of Yahw dwells in you. Now, if anyone does not have the spirit of</w:t>
      </w:r>
    </w:p>
    <w:p>
      <w:r>
        <w:t>Christ, he is not his. What does this mean?</w:t>
      </w:r>
    </w:p>
    <w:p>
      <w:r>
        <w:t>Looking at the question above, do you have the spirit? And then Paul's words, if you don't have the spirit, you're not his. You're walking in the flesh.</w:t>
      </w:r>
    </w:p>
    <w:p>
      <w:r>
        <w:t>I want to ask Tim, David, what does this mean? And perhaps more importantly, what</w:t>
      </w:r>
    </w:p>
    <w:p>
      <w:r>
        <w:t>are the implications here of Paul's words in Romans 8:9?</w:t>
      </w:r>
    </w:p>
    <w:p>
      <w:r>
        <w:t>I'd like to go first. I actually did this. So, for me, I try to walk out the Christian life without the spirit. I'm</w:t>
      </w:r>
    </w:p>
    <w:p>
      <w:r>
        <w:t>not going to get into all the specifics, but one of the things is why can't I get close to God? I was like, what is going on? There is conflict. Conscience is</w:t>
      </w:r>
    </w:p>
    <w:p>
      <w:r>
        <w:t>stricken. Yahw will speak to you. He will tell you if we're willing to listen. So, I think that your life will</w:t>
      </w:r>
    </w:p>
    <w:p>
      <w:r>
        <w:t>not match the scriptures and you will know it even though you're giving it all you have. And so I think we've got to do things the way that he said to do it.</w:t>
      </w:r>
    </w:p>
    <w:p>
      <w:r>
        <w:t>And so getting advice and seeking counsel, but for me it started in prayer and then it was obvious.</w:t>
      </w:r>
    </w:p>
    <w:p>
      <w:r>
        <w:t>I think it connects to what I was talking about earlier that the way you live, the way that you are seen in the</w:t>
      </w:r>
    </w:p>
    <w:p>
      <w:r>
        <w:t>world, the way that people are experiencing you is proof, if you will, that you truly have the spirit of Yah in</w:t>
      </w:r>
    </w:p>
    <w:p>
      <w:r>
        <w:t>you. Granted, a lot of quote unquote good people can do a lot of these different things uh on their own power,</w:t>
      </w:r>
    </w:p>
    <w:p>
      <w:r>
        <w:t>on their own uh valition, but to do it consistently, to exercise that self-control on a</w:t>
      </w:r>
    </w:p>
    <w:p>
      <w:r>
        <w:t>consistent basis. And this is not talking about perfection. It's talking about just attempting to do things as best you can, recognizing when you do</w:t>
      </w:r>
    </w:p>
    <w:p>
      <w:r>
        <w:t>fall short. Ultimately that can only be done through the power of the spirit. So that just as a re that is proof that the</w:t>
      </w:r>
    </w:p>
    <w:p>
      <w:r>
        <w:t>spirit is in you because we on our own power cannot achieve this. Amen. Well, what does this mean? Well, it means</w:t>
      </w:r>
    </w:p>
    <w:p>
      <w:r>
        <w:t>being in the spirit is not just a decision to quote behave spiritually.</w:t>
      </w:r>
    </w:p>
    <w:p>
      <w:r>
        <w:t>The spirit must actually dwell in the person. And what do we call this? This whole idea of behaving spiritually.</w:t>
      </w:r>
    </w:p>
    <w:p>
      <w:r>
        <w:t>If the spirit's not dwelling in the person, then their spiritual behavior is nothing more than religion,</w:t>
      </w:r>
    </w:p>
    <w:p>
      <w:r>
        <w:t>right? We know what this looks like. The carnal mind is enmity against Yahw. It's</w:t>
      </w:r>
    </w:p>
    <w:p>
      <w:r>
        <w:t>not subject to the law of Yah, nor can it be. So then, those who are in the flesh cannot please Yahw. The big</w:t>
      </w:r>
    </w:p>
    <w:p>
      <w:r>
        <w:t>question is here and the point that I'm trying to drive home is how many people in the world go to church every Sunday</w:t>
      </w:r>
    </w:p>
    <w:p>
      <w:r>
        <w:t>who do not have the spirit but who are carnal a lot.</w:t>
      </w:r>
    </w:p>
    <w:p>
      <w:r>
        <w:t>That's why we have religion. They're behaving spiritually. They're doing the things that they see other people doing.</w:t>
      </w:r>
    </w:p>
    <w:p>
      <w:r>
        <w:t>They're conforming to the agenda of that particular church and their particular</w:t>
      </w:r>
    </w:p>
    <w:p>
      <w:r>
        <w:t>beliefs, wear the same clothes. Again, guys, personal example. When I first became then what I believe I was being a</w:t>
      </w:r>
    </w:p>
    <w:p>
      <w:r>
        <w:t>disciple, I was a college student on the campus at Arizona State and there were four or five guys in the ministry, young</w:t>
      </w:r>
    </w:p>
    <w:p>
      <w:r>
        <w:t>guys, not much older than me, probably anywhere from 5 to 10 years older than me in the ministry. We called them evangelists,</w:t>
      </w:r>
    </w:p>
    <w:p>
      <w:r>
        <w:t>super fired up, fiery guys. And we looked up to them. We wanted to be like them. Every Sunday they would show up to</w:t>
      </w:r>
    </w:p>
    <w:p>
      <w:r>
        <w:t>church and the guys that were paid on staff all wore blue blazers and khaki pants. Well, what do you think I wanted to do? Me and the other young bucks like</w:t>
      </w:r>
    </w:p>
    <w:p>
      <w:r>
        <w:t>me. I wanted to behave spiritually. And so I went and got myself a blue blazer and khaki pants.</w:t>
      </w:r>
    </w:p>
    <w:p>
      <w:r>
        <w:t>Now that's an extreme example, but people in the churches do it every day.</w:t>
      </w:r>
    </w:p>
    <w:p>
      <w:r>
        <w:t>They don't have the spirit and so they just behave spiritually. thus creating their religion.</w:t>
      </w:r>
    </w:p>
    <w:p>
      <w:r>
        <w:t>And when I look at Romans 8:7, I have to ask the question, doesn't this single verse explain why so many religious people find themselves in an endless</w:t>
      </w:r>
    </w:p>
    <w:p>
      <w:r>
        <w:t>circle of spiritual frustration, wondering why their prayers seem unanswered? We've come full circle, questioning whether Yahw is really</w:t>
      </w:r>
    </w:p>
    <w:p>
      <w:r>
        <w:t>listening, struggling to know whether they truly belong to him, and never experiencing the confidence that they are pleasing him. And there's just too</w:t>
      </w:r>
    </w:p>
    <w:p>
      <w:r>
        <w:t>many people. But what are the implications? and we're coming in for a landing because this is huge because they're scary. The implications of what</w:t>
      </w:r>
    </w:p>
    <w:p>
      <w:r>
        <w:t>Paul is saying in Romans 8, they are scary.</w:t>
      </w:r>
    </w:p>
    <w:p>
      <w:r>
        <w:t>You can be deeply religious. You can be disciplined, devoted, respected, generous, sacrificial, faithful to your</w:t>
      </w:r>
    </w:p>
    <w:p>
      <w:r>
        <w:t>church, faithful to your traditions, and outwardly appear to be as spiritual as anyone around you.</w:t>
      </w:r>
    </w:p>
    <w:p>
      <w:r>
        <w:t>You can know the right words, sing the right songs, give your money, serve your contra congregation, defend your</w:t>
      </w:r>
    </w:p>
    <w:p>
      <w:r>
        <w:t>beliefs, and build your entire identity around religion.</w:t>
      </w:r>
    </w:p>
    <w:p>
      <w:r>
        <w:t>But if the spirit of Christ does not dwell in you, none of that makes you his. How do we know this?</w:t>
      </w:r>
    </w:p>
    <w:p>
      <w:r>
        <w:t>Well, verses like Matthew 7:23 where it's people just like this that he sent away saying, "I don't know you."</w:t>
      </w:r>
    </w:p>
    <w:p>
      <w:r>
        <w:t>Paul leaves no room for us to hide behind religious activity, reputation, knowledge, position, or appearance. The question is not how religious are you.</w:t>
      </w:r>
    </w:p>
    <w:p>
      <w:r>
        <w:t>The question is not how much have you sacrificed.</w:t>
      </w:r>
    </w:p>
    <w:p>
      <w:r>
        <w:t>The question is not how long have you been in your church. The question is personal.</w:t>
      </w:r>
    </w:p>
    <w:p>
      <w:r>
        <w:t>Do you have his spirit?</w:t>
      </w:r>
    </w:p>
    <w:p>
      <w:r>
        <w:t>Because no matter what else may be true about you, if you don't have the spirit of Christ, Paul says you are not his.</w:t>
      </w:r>
    </w:p>
    <w:p>
      <w:r>
        <w:t>That's scary. It's scary for me. It should be scary for you. It should be scary for anybody that reads it. And I'm</w:t>
      </w:r>
    </w:p>
    <w:p>
      <w:r>
        <w:t>not reading it to scare you, but we can't deny the fact that it's scary.</w:t>
      </w:r>
    </w:p>
    <w:p>
      <w:r>
        <w:t>It's important that we know that we do have the spirit of Christ. So</w:t>
      </w:r>
    </w:p>
    <w:p>
      <w:pPr>
        <w:pStyle w:val="Heading1"/>
      </w:pPr>
      <w:r>
        <w:t>Chapter 10: Conclusion and discussion</w:t>
      </w:r>
    </w:p>
    <w:p>
      <w:r>
        <w:t>after the festivals, we're going to continue this line of studying</w:t>
      </w:r>
    </w:p>
    <w:p>
      <w:r>
        <w:t>and we're going to talk about what the indwelling Holy Spirit is and how it's different from the baptism of the Holy Spirit. We're going to talk about the</w:t>
      </w:r>
    </w:p>
    <w:p>
      <w:r>
        <w:t>gifts of the Holy Spirit in subsequent lessons.</w:t>
      </w:r>
    </w:p>
    <w:p>
      <w:r>
        <w:t>But when we come back from the festivals, we'll look at this one. What does it mean to actually have the spirit of Christ?</w:t>
      </w:r>
    </w:p>
    <w:p>
      <w:r>
        <w:t>Because I think that's super important.</w:t>
      </w:r>
    </w:p>
    <w:p>
      <w:r>
        <w:t>Next week, we'll be talking about trumpets and we're we're getting into the festival lessons. So, we'll have some</w:t>
      </w:r>
    </w:p>
    <w:p>
      <w:r>
        <w:t>fun with that and we will have some holy convocations as well.</w:t>
      </w:r>
    </w:p>
    <w:p>
      <w:r>
        <w:t>But that's my lesson. Thank you so much for putting up with that and listening to it. Now it's your turn. I want to</w:t>
      </w:r>
    </w:p>
    <w:p>
      <w:r>
        <w:t>hear from you. I want to hear your thoughts, your rebuttals, your rebukes if you think I need them.</w:t>
      </w:r>
    </w:p>
    <w:p>
      <w:r>
        <w:t>And hear you guys. So, who wants to go first? Let's see. Just one more thought. I'm sorry.</w:t>
      </w:r>
    </w:p>
    <w:p>
      <w:r>
        <w:t>Yes. David, quick one more thought before others jump in and I'll be I'll try to be brief. The talk about the question of whether you have the spirit or not. Uh,</w:t>
      </w:r>
    </w:p>
    <w:p>
      <w:r>
        <w:t>another scripture that they don't talk a lot about it in in church or definitely not in the the the the denomination we</w:t>
      </w:r>
    </w:p>
    <w:p>
      <w:r>
        <w:t>came from. Acts 5 uh starting in 29. But Peter and other apostles answered and</w:t>
      </w:r>
    </w:p>
    <w:p>
      <w:r>
        <w:t>said, "We ought to obey God rather than men, the God of our fathers raised up Yeshua whom you murdered by hanging on a</w:t>
      </w:r>
    </w:p>
    <w:p>
      <w:r>
        <w:t>tree." And then in verse 32, well 31, him God has exalted to his right hand to be prince and savior to</w:t>
      </w:r>
    </w:p>
    <w:p>
      <w:r>
        <w:t>give repentance to Israel and forgiveness of sins. Verse 32, and we are his witnesses to these things. And</w:t>
      </w:r>
    </w:p>
    <w:p>
      <w:r>
        <w:t>so also is the Holy Spirit whom God has given to those who obey him. And this is written in right after the gospels in</w:t>
      </w:r>
    </w:p>
    <w:p>
      <w:r>
        <w:t>Acts. Let's think about what does it mean to obey him? The only standard that they had for obeying him is obeying</w:t>
      </w:r>
    </w:p>
    <w:p>
      <w:r>
        <w:t>what's manifested or what's been written. It is written in the scriptures in the uh Hebrew Bible.</w:t>
      </w:r>
    </w:p>
    <w:p>
      <w:r>
        <w:t>Yes. And that'll be the very first verse in my next lesson. Thank you, David.</w:t>
      </w:r>
    </w:p>
    <w:p>
      <w:r>
        <w:t>Awesome. You thunder stealer. Okay, let's go to Travis. Travis, you're up.</w:t>
      </w:r>
    </w:p>
    <w:p>
      <w:r>
        <w:t>Hey, brother Ed and company. How are y'all doing today? Shalom.</w:t>
      </w:r>
    </w:p>
    <w:p>
      <w:r>
        <w:t>Welcome. I haven't had to put this into words, so this might get a little choppy, but just kind of bear with me.</w:t>
      </w:r>
    </w:p>
    <w:p>
      <w:r>
        <w:t>Um, first of all, this is right on point. You You cut me deep. You cut me deep today. [laughter]</w:t>
      </w:r>
    </w:p>
    <w:p>
      <w:r>
        <w:t>Uh, thank you for that, by the way. Um, so I see this battle between the spirit and the flesh and Paul's teachings as</w:t>
      </w:r>
    </w:p>
    <w:p>
      <w:r>
        <w:t>well, especially in uh, I think it's 2 Corinthians uh, 12. And he starts out saying, you know, um I'll just kind of</w:t>
      </w:r>
    </w:p>
    <w:p>
      <w:r>
        <w:t>condense it as best I can and I hope I'm understanding it right. So, uh anybody that hears this, please check. Um he's</w:t>
      </w:r>
    </w:p>
    <w:p>
      <w:r>
        <w:t>basically saying, hey, you know, uh the heavenly father's keeping me humble. He sent a messenger. Uh I don't know who sent the messenger, but he says a</w:t>
      </w:r>
    </w:p>
    <w:p>
      <w:r>
        <w:t>messenger of Satan was sent to him to keep him humble. Uh so he doesn't get prideful because of the knowledge that's been given to him, these revelations.</w:t>
      </w:r>
    </w:p>
    <w:p>
      <w:r>
        <w:t>And then toward the end, you start seeing this battle again. He's saying, "Well, when I come to you, like I don't want to have any outbursts of of the</w:t>
      </w:r>
    </w:p>
    <w:p>
      <w:r>
        <w:t>flesh or anything like that." And um really what you said today really brings in the why Paul was chosen as a very</w:t>
      </w:r>
    </w:p>
    <w:p>
      <w:r>
        <w:t>special apostle to the Gentiles. Um, and it shows and it and it shows that his battle was still ongoing with the Holy</w:t>
      </w:r>
    </w:p>
    <w:p>
      <w:r>
        <w:t>Spirit uh against the flesh, being humble before the heavenly father. And I think we're all we're all engaged in</w:t>
      </w:r>
    </w:p>
    <w:p>
      <w:r>
        <w:t>that battle uh and we feel that and you can see even self-loathing and and Paul's um uh teachings and and scripture</w:t>
      </w:r>
    </w:p>
    <w:p>
      <w:r>
        <w:t>that he wrote uh where he says, "Well, you know, if you're sinning, you're not you don't belong to the Messiah." But then again, you know, he himself says,</w:t>
      </w:r>
    </w:p>
    <w:p>
      <w:r>
        <w:t>"Well, I'm chief among the sinners." And so, I see this see this battle going on even between even Paul's words personally displayed for everybody to</w:t>
      </w:r>
    </w:p>
    <w:p>
      <w:r>
        <w:t>see. And it's um you know, I think that's uh something that was given to us so that we can understand this battle</w:t>
      </w:r>
    </w:p>
    <w:p>
      <w:r>
        <w:t>too. Uh so we see that how Yeshua sent him, how he taught and you know it shows</w:t>
      </w:r>
    </w:p>
    <w:p>
      <w:r>
        <w:t>that evidence that you're with the Holy Spirit is that you are that you are engaging in the battle just like u uh</w:t>
      </w:r>
    </w:p>
    <w:p>
      <w:r>
        <w:t>Jacob uh uh wrestled with with the Almighty. It's it's typology for the same type of thing. I think I hope I'm</w:t>
      </w:r>
    </w:p>
    <w:p>
      <w:r>
        <w:t>getting that across right. And it's a very personal battle for each and every one of us to stand and wrestle and lean</w:t>
      </w:r>
    </w:p>
    <w:p>
      <w:r>
        <w:t>upon the Holy Spirit as our teacher and our guide. And you said something in the teaching that was really important. Uh</w:t>
      </w:r>
    </w:p>
    <w:p>
      <w:r>
        <w:t>and I want to highlight that. Um and that was coming to the peace regardless of the circumstances surrounding you. um</w:t>
      </w:r>
    </w:p>
    <w:p>
      <w:r>
        <w:t>to be at peace, to have the heavenly father's peace regardless if you're rich, poor, imprisoned, or you know, apparently on the way to execution,</w:t>
      </w:r>
    </w:p>
    <w:p>
      <w:r>
        <w:t>which is heavily displayed in the New Testament and other areas, especially when it comes to special messengers and</w:t>
      </w:r>
    </w:p>
    <w:p>
      <w:r>
        <w:t>Paul. Um, and that was to trust the trust the heavenly father. I think it really boils down to trusting the</w:t>
      </w:r>
    </w:p>
    <w:p>
      <w:r>
        <w:t>guidance and the teaching and the love of the heavenly father regardless of our outside circumstances because he he told</w:t>
      </w:r>
    </w:p>
    <w:p>
      <w:r>
        <w:t>us he told us that the what's began in us he will accomplish it will be finished it will come and bear that</w:t>
      </w:r>
    </w:p>
    <w:p>
      <w:r>
        <w:t>complete fruit uh with the with with Yeshua and being with the heavenly father and our redeemer so um it's quite</w:t>
      </w:r>
    </w:p>
    <w:p>
      <w:r>
        <w:t>something for you to do the teaching you've done today. Thank you, brother Ed, and thank you so much.</w:t>
      </w:r>
    </w:p>
    <w:p>
      <w:r>
        <w:t>Amen. I appreciate your thoughts as always. Thank you. Okay, Jim, you're up.</w:t>
      </w:r>
    </w:p>
    <w:p>
      <w:r>
        <w:t>I think I want to speak to those of us in the room uh who maybe have a um a</w:t>
      </w:r>
    </w:p>
    <w:p>
      <w:r>
        <w:t>misconception of what the experience of walking in the spirit is. Um, I think</w:t>
      </w:r>
    </w:p>
    <w:p>
      <w:r>
        <w:t>many of us labor under a misconception that as being filled with the Holy Spirit or walking in the spirit, we'll be able to glow in the dark, we'll be</w:t>
      </w:r>
    </w:p>
    <w:p>
      <w:r>
        <w:t>able to levitate, we'll be able to um, you know, challenge the weather, walk on</w:t>
      </w:r>
    </w:p>
    <w:p>
      <w:r>
        <w:t>water, you know, all these um, manifestations of the supernatural will be evidence of uh, us having the spirit</w:t>
      </w:r>
    </w:p>
    <w:p>
      <w:r>
        <w:t>or walking in the spirit where what I I I think what evidence of being in the</w:t>
      </w:r>
    </w:p>
    <w:p>
      <w:r>
        <w:t>spirit is actually Galatians 5:17 where that you mentioned that these two natures struggle against one another.</w:t>
      </w:r>
    </w:p>
    <w:p>
      <w:r>
        <w:t>The flesh wars against the spirit and the spirit wars against the flesh. And what I want to bring forward in that</w:t>
      </w:r>
    </w:p>
    <w:p>
      <w:r>
        <w:t>verse is the following phrase that because of this you cannot do what you please.</w:t>
      </w:r>
    </w:p>
    <w:p>
      <w:r>
        <w:t>that that's the evidence of having the spirit is the challenge that we have of walking in the spirit still being housed</w:t>
      </w:r>
    </w:p>
    <w:p>
      <w:r>
        <w:t>in a body of flesh. And um in in many of my uh my meditations on the scripture, a</w:t>
      </w:r>
    </w:p>
    <w:p>
      <w:r>
        <w:t>game I like to play in reading Paul is [clears throat] what Torah was he thinking of when um he penned whatever</w:t>
      </w:r>
    </w:p>
    <w:p>
      <w:r>
        <w:t>it was he penned. And and my my guess I'll ask him when I get there, you know, what were you thinking of when you wrote Galatians 5:17? And I'm going to guess</w:t>
      </w:r>
    </w:p>
    <w:p>
      <w:r>
        <w:t>I'm going to put this out there for your consideration is that he was actually thinking of Rebecca in Genesis 26</w:t>
      </w:r>
    </w:p>
    <w:p>
      <w:r>
        <w:t>where she in my opinion becomes a type of this particular topic. Rebecca is</w:t>
      </w:r>
    </w:p>
    <w:p>
      <w:r>
        <w:t>barren. Um Isaac prays for her. She conceives and now something's wrong.</w:t>
      </w:r>
    </w:p>
    <w:p>
      <w:r>
        <w:t>Now her experience of conception of spiritual life is that why am I like this? What what went wrong? And no no</w:t>
      </w:r>
    </w:p>
    <w:p>
      <w:r>
        <w:t>Rebecca that's not that's not the question. You now have within your own body two natures at war with each other.</w:t>
      </w:r>
    </w:p>
    <w:p>
      <w:r>
        <w:t>You know in her womb was uh Esau and Jacob. And I believe that um Esau in</w:t>
      </w:r>
    </w:p>
    <w:p>
      <w:r>
        <w:t>this particular type is a picture of the old man. Jacob in this particular picture is a picture of the new man and</w:t>
      </w:r>
    </w:p>
    <w:p>
      <w:r>
        <w:t>Rebecca becomes a picture of wretched man that this is this is this is our new</w:t>
      </w:r>
    </w:p>
    <w:p>
      <w:r>
        <w:t>context is this state of being in conflict and I think this is a major misconception of many believers when</w:t>
      </w:r>
    </w:p>
    <w:p>
      <w:r>
        <w:t>they come into the faith whether it's through Christianity or whether it's the ancient path or whatever it is have this idea this notion</w:t>
      </w:r>
    </w:p>
    <w:p>
      <w:r>
        <w:t>that I'm going to be able to rise above that if I'm actually filled with the Holy Spirit that um my my experience of</w:t>
      </w:r>
    </w:p>
    <w:p>
      <w:r>
        <w:t>that will be rising above, you know, my struggle. And I would I would challenge</w:t>
      </w:r>
    </w:p>
    <w:p>
      <w:r>
        <w:t>that. I would say that um evidence of the Holy Spirit is being in the struggle. And I think</w:t>
      </w:r>
    </w:p>
    <w:p>
      <w:r>
        <w:t>Travis just I think I'm just reiterating what Travis said, but that's what I wanted to bring to the conversation. Amen. Brother Mike, yes, I would agree.</w:t>
      </w:r>
    </w:p>
    <w:p>
      <w:r>
        <w:t>I think that's very important to say.</w:t>
      </w:r>
    </w:p>
    <w:p>
      <w:r>
        <w:t>The struggle never goes away. Spirit gives us the uh ability to overcome if we choose to overcome. Okay, let's give Jonathan one more shot.</w:t>
      </w:r>
    </w:p>
    <w:p>
      <w:r>
        <w:t>Good morning. My first time here uh tuning in from Florida. But one thing that came to mind as uh you were</w:t>
      </w:r>
    </w:p>
    <w:p>
      <w:r>
        <w:t>discussing what it means to walk in the spirit, it reminded me of Acts 15 where</w:t>
      </w:r>
    </w:p>
    <w:p>
      <w:r>
        <w:t>the uh Paul and Barnabas go up to the Jerusalem council in order to clarify an</w:t>
      </w:r>
    </w:p>
    <w:p>
      <w:r>
        <w:t>issue that Pharisees were doing requiring people to be circumcised for salvation.</w:t>
      </w:r>
    </w:p>
    <w:p>
      <w:r>
        <w:t>And one of the things that I was taught erroneously in the Baptist church growing up was that the little snippet</w:t>
      </w:r>
    </w:p>
    <w:p>
      <w:r>
        <w:t>of what the Jerusalem Council's summary letter showed, which was to abstain from things sacrificed or to idols, from things strangled or from sexual</w:t>
      </w:r>
    </w:p>
    <w:p>
      <w:r>
        <w:t>morality. That's what we were taught in the Baptist Church was all we had to do.</w:t>
      </w:r>
    </w:p>
    <w:p>
      <w:r>
        <w:t>But yet we see in the latter part of the verse where it says, "And yet Moses has everyone who teaches him daily in the in</w:t>
      </w:r>
    </w:p>
    <w:p>
      <w:r>
        <w:t>weekly in the synagogues indicating that when you and I walk in the spirit, it indicates that it's supposed to be a</w:t>
      </w:r>
    </w:p>
    <w:p>
      <w:r>
        <w:t>lifetime of learning of learning from Torah, of learning the entire scripture because as you said, otherwise we will</w:t>
      </w:r>
    </w:p>
    <w:p>
      <w:r>
        <w:t>stunt ourselves, stunt our growth, and as a result we can't help other people walk and get closer to Yhovah. So the most</w:t>
      </w:r>
    </w:p>
    <w:p>
      <w:r>
        <w:t>important thing I try to do is to educate myself on the Torah and how it connects to the new writings in the New</w:t>
      </w:r>
    </w:p>
    <w:p>
      <w:r>
        <w:t>Testament because unless we know what the scriptures said when Paul and Yeshua</w:t>
      </w:r>
    </w:p>
    <w:p>
      <w:r>
        <w:t>and James and John lived, that was the only Bible they had. Now we have their writings which are u additional uh clarification of what the Torah said.</w:t>
      </w:r>
    </w:p>
    <w:p>
      <w:r>
        <w:t>But a lifetime of learning and continual education from scripture is most important and it ties into truly uh</w:t>
      </w:r>
    </w:p>
    <w:p>
      <w:r>
        <w:t>walking in the spirit, walking in the commandments of God. So I just wanted to share that and uh thanks for giving me the floor this morning. Appreciate it.</w:t>
      </w:r>
    </w:p>
    <w:p>
      <w:r>
        <w:t>Oh, amen. Thank you, brother. And welcome for your first time. Great first comment, man. Now you figured out the microphone problem. you going to have it</w:t>
      </w:r>
    </w:p>
    <w:p>
      <w:r>
        <w:t>again. Okay, David and Christine, you're up.</w:t>
      </w:r>
    </w:p>
    <w:p>
      <w:r>
        <w:t>Well, I really appreciate, Jonathan, what you just said. It's kind of in line with what I was going to um just make sure that we were saying, and if we're</w:t>
      </w:r>
    </w:p>
    <w:p>
      <w:r>
        <w:t>not, then help me with it. But that last statement that you posted, in fact, is scary. We've believed that and support</w:t>
      </w:r>
    </w:p>
    <w:p>
      <w:r>
        <w:t>that fully. Um, I would just add though that where in Acts 5:32 when God says</w:t>
      </w:r>
    </w:p>
    <w:p>
      <w:r>
        <w:t>that he gives the Holy Spirit to those who obey that</w:t>
      </w:r>
    </w:p>
    <w:p>
      <w:r>
        <w:t>obey there cannot reasonably mean that they are doing and obeying everything</w:t>
      </w:r>
    </w:p>
    <w:p>
      <w:r>
        <w:t>that God is commanding because they were still being taught. They were still being corrected. they were still being brought into a greater understanding.</w:t>
      </w:r>
    </w:p>
    <w:p>
      <w:r>
        <w:t>And in the same way, I think of Cornelius when his household was baptized by Peter. He was still being</w:t>
      </w:r>
    </w:p>
    <w:p>
      <w:r>
        <w:t>taught everything. And I think about the 3,000 who were baptized um and given the Holy Spirit. And even the people on the</w:t>
      </w:r>
    </w:p>
    <w:p>
      <w:r>
        <w:t>day of Pentecost who were given the Holy Spirit did not know all of these things.</w:t>
      </w:r>
    </w:p>
    <w:p>
      <w:r>
        <w:t>So, I want to make sure that we're not saying that um or that we're not distinguishing between willful</w:t>
      </w:r>
    </w:p>
    <w:p>
      <w:r>
        <w:t>disobedience of what you do know and this sincere</w:t>
      </w:r>
    </w:p>
    <w:p>
      <w:r>
        <w:t>attempt to obey what you do even though it's not everything. So I think it's important that we say that when each of</w:t>
      </w:r>
    </w:p>
    <w:p>
      <w:r>
        <w:t>us was baptized, we were given the Holy Spirit based on what we know and how and</w:t>
      </w:r>
    </w:p>
    <w:p>
      <w:r>
        <w:t>our heart behind obeying that. and that as we moved and grew in our faith and understanding of Yeshua,</w:t>
      </w:r>
    </w:p>
    <w:p>
      <w:r>
        <w:t>um, we came to a deeper understanding and could even probably likely attribute the Holy Spirit that we were given that</w:t>
      </w:r>
    </w:p>
    <w:p>
      <w:r>
        <w:t>led us to that understanding. I just want to make sure that we're not saying that, you know, if when we each of us</w:t>
      </w:r>
    </w:p>
    <w:p>
      <w:r>
        <w:t>gets baptized, unless we knew about the the the feast and the and the festivals and we did not know that we did not</w:t>
      </w:r>
    </w:p>
    <w:p>
      <w:r>
        <w:t>receive the Holy Spirit. Um, and if that is the case, then I just we I need further study on that.</w:t>
      </w:r>
    </w:p>
    <w:p>
      <w:r>
        <w:t>Well, you've opened a can of worms uh you know, with your comment uh getting a little bit into my next lesson, but</w:t>
      </w:r>
    </w:p>
    <w:p>
      <w:r>
        <w:t>that's okay. Okay, we've opened the can, so let's talk about it. What is the can of worms? Well, the question that pops</w:t>
      </w:r>
    </w:p>
    <w:p>
      <w:r>
        <w:t>into my mind when I hear you say what you just said is, is it possible that</w:t>
      </w:r>
    </w:p>
    <w:p>
      <w:r>
        <w:t>the father knows the true nature of a person when they are quote unquote coming to that moment? Does the scripture condone or does the does does</w:t>
      </w:r>
    </w:p>
    <w:p>
      <w:r>
        <w:t>the scripture support that he withholds his spirit from that person whom he knows is</w:t>
      </w:r>
    </w:p>
    <w:p>
      <w:r>
        <w:t>only joining a church for example and not really signing on to follow Yeshua or does he give the spirit to everybody</w:t>
      </w:r>
    </w:p>
    <w:p>
      <w:r>
        <w:t>who comes to Christ and then withdraw his spirit later on from that person who has shown that they</w:t>
      </w:r>
    </w:p>
    <w:p>
      <w:r>
        <w:t>do not want to obey. You see, these are the kind of existential questions that we kind of have to dig up and find answers to in regard to this stuff.</w:t>
      </w:r>
    </w:p>
    <w:p>
      <w:r>
        <w:t>I think about that is the parable of the soils. Like some of these seeds, you know, get rooted and so they continue on</w:t>
      </w:r>
    </w:p>
    <w:p>
      <w:r>
        <w:t>this pathway and they grow in their faith and their understanding of Yeshua.</w:t>
      </w:r>
    </w:p>
    <w:p>
      <w:r>
        <w:t>Um, but I I'm eager for that study, Eddie, to add to sorry to add to It's okay. My family calls me Eddie. You</w:t>
      </w:r>
    </w:p>
    <w:p>
      <w:r>
        <w:t>guys can all call me Eddie, too, if you want.</w:t>
      </w:r>
    </w:p>
    <w:p>
      <w:r>
        <w:t>No, [laughter] no. I Yeah, that's It'll be good to have a deeper understanding of that because</w:t>
      </w:r>
    </w:p>
    <w:p>
      <w:r>
        <w:t>as far as I'm concerned, I was baptized 35 34 years ago and received the gift of</w:t>
      </w:r>
    </w:p>
    <w:p>
      <w:r>
        <w:t>the Holy Spirit. And because of that spirit and every attempt to honor and obey what I knew at the time led me to a</w:t>
      </w:r>
    </w:p>
    <w:p>
      <w:r>
        <w:t>deeper understanding because I was continuing as a Berean and seeking him. Jeremiah 29.</w:t>
      </w:r>
    </w:p>
    <w:p>
      <w:r>
        <w:t>And so I that's my thinking, but I'm eager to learn more.</w:t>
      </w:r>
    </w:p>
    <w:p>
      <w:r>
        <w:t>Amen. Awesome. Great comment. Okay, Soldier, you're up next. Make sure you turn your mic on.</w:t>
      </w:r>
    </w:p>
    <w:p>
      <w:r>
        <w:t>Hello. Um, I'm Steve that emailed you, by the way. Yes, sir.</w:t>
      </w:r>
    </w:p>
    <w:p>
      <w:r>
        <w:t>Um, but but when you were uh towards the end of the lesson there, there was a verse kind of screaming in</w:t>
      </w:r>
    </w:p>
    <w:p>
      <w:r>
        <w:t>my head and I I looked it up. I know it's uh primary message is to</w:t>
      </w:r>
    </w:p>
    <w:p>
      <w:r>
        <w:t>Israel of the flesh, which would be Romans 10. Um, but the specific verse was was verse</w:t>
      </w:r>
    </w:p>
    <w:p>
      <w:r>
        <w:t>three. For not knowing the righteousness of Elohim and seeking to establish their own righteousness, they did not subject</w:t>
      </w:r>
    </w:p>
    <w:p>
      <w:r>
        <w:t>themselves to the righteousness of Elohim. And along with that was I had just finished</w:t>
      </w:r>
    </w:p>
    <w:p>
      <w:r>
        <w:t>watching this morning your two uh long ones on Paul only taught Torah.</w:t>
      </w:r>
    </w:p>
    <w:p>
      <w:r>
        <w:t>And in that you reference the fact that the righteousness of God or Elohim is</w:t>
      </w:r>
    </w:p>
    <w:p>
      <w:r>
        <w:t>faith first. So they have a zeal or aror for God, but they lack knowledge of that</w:t>
      </w:r>
    </w:p>
    <w:p>
      <w:r>
        <w:t>faith that begins you or enters you into covenant. And they're seeking to establish their own righteousness. Now</w:t>
      </w:r>
    </w:p>
    <w:p>
      <w:r>
        <w:t>in in that time they were trying to get it by the keeping of the law</w:t>
      </w:r>
    </w:p>
    <w:p>
      <w:r>
        <w:t>but now I think in the churchianity sphere it's we're coming up with all these doctrines of what it means to</w:t>
      </w:r>
    </w:p>
    <w:p>
      <w:r>
        <w:t>follow Christ instead of Christ followed the Torah</w:t>
      </w:r>
    </w:p>
    <w:p>
      <w:r>
        <w:t>faith in him let him be your high priest and walk how he walked so that you can</w:t>
      </w:r>
    </w:p>
    <w:p>
      <w:r>
        <w:t>actually fulfill the Torah because if you do it on your own, you're</w:t>
      </w:r>
    </w:p>
    <w:p>
      <w:r>
        <w:t>walking away from the father and the son all at the same time. Which then reminded me of Isaiah chapter 1 where he</w:t>
      </w:r>
    </w:p>
    <w:p>
      <w:r>
        <w:t>says, "My hands are full of blood." And if if the shadow is a type of Christ,</w:t>
      </w:r>
    </w:p>
    <w:p>
      <w:r>
        <w:t>which those sacrifices were and we to this kind of also directly</w:t>
      </w:r>
    </w:p>
    <w:p>
      <w:r>
        <w:t>addresses, at least in my understanding of what the previous person was saying about um can God cut you off?</w:t>
      </w:r>
    </w:p>
    <w:p>
      <w:r>
        <w:t>Uh, and I'm kind of adding to the can of worms here, but in Isaiah 1, he says, "You've been doing all the rituals.</w:t>
      </w:r>
    </w:p>
    <w:p>
      <w:r>
        <w:t>You've been sacrificing all the sacrifices, but your heart is far from me.</w:t>
      </w:r>
    </w:p>
    <w:p>
      <w:r>
        <w:t>Turn your heart back to me. Then obey my commands.</w:t>
      </w:r>
    </w:p>
    <w:p>
      <w:r>
        <w:t>Obey my commands. Walk in his ways.</w:t>
      </w:r>
    </w:p>
    <w:p>
      <w:r>
        <w:t>then I will forgive your sins because I desire obedience more than sacrifices.</w:t>
      </w:r>
    </w:p>
    <w:p>
      <w:r>
        <w:t>But what what came to my mind a few weeks ago with that passage is that since that's a shadow of Christ when we</w:t>
      </w:r>
    </w:p>
    <w:p>
      <w:r>
        <w:t>willfully o disobey in open rebellion to God but yet we think we can put Jesus on the</w:t>
      </w:r>
    </w:p>
    <w:p>
      <w:r>
        <w:t>altar over and over and over again like those animals in in the Old Testament.</w:t>
      </w:r>
    </w:p>
    <w:p>
      <w:r>
        <w:t>God does God withholds his grace from you. He withheld it from Israel, pulled</w:t>
      </w:r>
    </w:p>
    <w:p>
      <w:r>
        <w:t>his grave from us. So my and I used to teach Os</w:t>
      </w:r>
    </w:p>
    <w:p>
      <w:r>
        <w:t>is that the grace of God is found walking in his ways while you're learning and seeking to obey. Even if</w:t>
      </w:r>
    </w:p>
    <w:p>
      <w:r>
        <w:t>you messed things up before and you messed things along the way, what's your heart's desire? Is it to to obey God or</w:t>
      </w:r>
    </w:p>
    <w:p>
      <w:r>
        <w:t>you're like, I don't care. I got That ladder is a terrible place to be, I think.</w:t>
      </w:r>
    </w:p>
    <w:p>
      <w:r>
        <w:t>Well, amen, bro. Thanks. It's great to have you on for the first time. Great to have your comment. Great comment. I hope that you're uh not moving that in that</w:t>
      </w:r>
    </w:p>
    <w:p>
      <w:r>
        <w:t>18 wheeler with your hands waving around. Uh but uh we hope to see you again. Okay, let's see. Christina, you're up next.</w:t>
      </w:r>
    </w:p>
    <w:p>
      <w:r>
        <w:t>Hello. Hello. We're so u appreciative to be a part of your all this community and here from Finland with my rusty English.</w:t>
      </w:r>
    </w:p>
    <w:p>
      <w:r>
        <w:t>Um thank you Ed so much for your teaching.</w:t>
      </w:r>
    </w:p>
    <w:p>
      <w:r>
        <w:t>uh some Bible verses comes to my mind and then I think about the um book of</w:t>
      </w:r>
    </w:p>
    <w:p>
      <w:r>
        <w:t>revelation and where the the devil is going to wear the saints out and um I</w:t>
      </w:r>
    </w:p>
    <w:p>
      <w:r>
        <w:t>also think about Jacob fighting with uh God with an angel and um I really</w:t>
      </w:r>
    </w:p>
    <w:p>
      <w:r>
        <w:t>think um it's a battle um between good and evil. in our hearts and also who is on the throne</w:t>
      </w:r>
    </w:p>
    <w:p>
      <w:r>
        <w:t>is God on the throne or is myself or something else on the throne and it's um um one Bible verse that comes to my mind</w:t>
      </w:r>
    </w:p>
    <w:p>
      <w:r>
        <w:t>is um for the gate is narrow and the way is hard to that leads to life and those</w:t>
      </w:r>
    </w:p>
    <w:p>
      <w:r>
        <w:t>who find it are few um and it's a it's a really and the hardest</w:t>
      </w:r>
    </w:p>
    <w:p>
      <w:r>
        <w:t>deceitful in Jeremiah 17 the heart is deceitful above all things and desperately wicked who can know it. Uh I</w:t>
      </w:r>
    </w:p>
    <w:p>
      <w:r>
        <w:t>I can be quite tired of myself. I'm quite emotional woman and uh um also u</w:t>
      </w:r>
    </w:p>
    <w:p>
      <w:r>
        <w:t>true life really uh can understand um Paul or Paul in Romans 7 I think who</w:t>
      </w:r>
    </w:p>
    <w:p>
      <w:r>
        <w:t>what a wretched man and I who will rescue me from this body that is subject to death. Thank be to God who delivers me through Jesus Christ. And I I think</w:t>
      </w:r>
    </w:p>
    <w:p>
      <w:r>
        <w:t>that's really give me more and more rest that he will make us he will he will he</w:t>
      </w:r>
    </w:p>
    <w:p>
      <w:r>
        <w:t>will um help us and he is like a good father when we need to trust and I'm so so grateful for the word more and more</w:t>
      </w:r>
    </w:p>
    <w:p>
      <w:r>
        <w:t>that we can lean on his go his word because it's said steadfast it's like a</w:t>
      </w:r>
    </w:p>
    <w:p>
      <w:r>
        <w:t>rock and um so I I try to to train my my thought every thought that is going</w:t>
      </w:r>
    </w:p>
    <w:p>
      <w:r>
        <w:t>make me so worried and tired because u I have when we we don't we don't find the</w:t>
      </w:r>
    </w:p>
    <w:p>
      <w:r>
        <w:t>still small voice and we don't know if it's the enemy or it's God who's talking. So I I really cling to some</w:t>
      </w:r>
    </w:p>
    <w:p>
      <w:r>
        <w:t>verses that makes me focus like create in me a clean heart and renew a steadfast spirit within me. do not cast</w:t>
      </w:r>
    </w:p>
    <w:p>
      <w:r>
        <w:t>away from your present presence and do not take your holy spirit from me. So we</w:t>
      </w:r>
    </w:p>
    <w:p>
      <w:r>
        <w:t>need just focus on uh the world and and test the spirits and don't and but at</w:t>
      </w:r>
    </w:p>
    <w:p>
      <w:r>
        <w:t>the same time just relax because the father is good and we if we begs him for a bread he's not going to give us stone</w:t>
      </w:r>
    </w:p>
    <w:p>
      <w:r>
        <w:t>and and that helps me really to to calm down and not be so so tired in my mind that he's</w:t>
      </w:r>
    </w:p>
    <w:p>
      <w:r>
        <w:t>going to he's going to help us and we just need to persevere. So, thank you.</w:t>
      </w:r>
    </w:p>
    <w:p>
      <w:r>
        <w:t>Amen, sister. Thank you. All the way from Finland.</w:t>
      </w:r>
    </w:p>
    <w:p>
      <w:r>
        <w:t>So happy you're here. Okay, Melanie, you got about a minute. You're going to close us out. You're up.</w:t>
      </w:r>
    </w:p>
    <w:p>
      <w:r>
        <w:t>Okay. And I'm sorry. I have my grandkids here, so I'm going to try to talk without them being too loud. But</w:t>
      </w:r>
    </w:p>
    <w:p>
      <w:r>
        <w:t>anyways, I just this and I I don't really I just really want to ask for prayer. Um, this kind of touched me in a</w:t>
      </w:r>
    </w:p>
    <w:p>
      <w:r>
        <w:t>in a way personal. The teaching it was really good and I appreciate it. But I just like to ask from for some prayer.</w:t>
      </w:r>
    </w:p>
    <w:p>
      <w:r>
        <w:t>Um, just because of things that's happened in the past. Um, and I've told y'all some things as I try, you know, as</w:t>
      </w:r>
    </w:p>
    <w:p>
      <w:r>
        <w:t>I've talked over the past, but just um, in that struggle that we go through. Um,</w:t>
      </w:r>
    </w:p>
    <w:p>
      <w:r>
        <w:t>I just I just need prayer. That's all I want to ask. And I I'll just let it be at that so y'all can, you know, but h and but Shabbat shalom.</w:t>
      </w:r>
    </w:p>
    <w:p>
      <w:r>
        <w:t>Amen, Melanie. So, okay, everybody, Melanie Carmen to your prayer list.</w:t>
      </w:r>
    </w:p>
    <w:p>
      <w:r>
        <w:t>Father knows what's going on. She knows what's going on. And um all you need to do is pray. Guys, thank you so much for</w:t>
      </w:r>
    </w:p>
    <w:p>
      <w:r>
        <w:t>coming today. Shabbat shalom. Hope you have a fantastic rest of your day. And we'll come back next week, start talking about the feast of trumpets. That'll be</w:t>
      </w:r>
    </w:p>
    <w:p>
      <w:r>
        <w:t>fun. But I hope you have a fantastic rest of your Shabbat, a great weekend, and make sure you come back Monday to</w:t>
      </w:r>
    </w:p>
    <w:p>
      <w:r>
        <w:t>see the big answer to the one question that I asked the Paul haters. Be looking for that video. Not going to do a Zoom</w:t>
      </w:r>
    </w:p>
    <w:p>
      <w:r>
        <w:t>class, of course, but be watching for it. Love you guys. Have a great weekend.</w:t>
      </w:r>
    </w:p>
    <w:p>
      <w:r>
        <w:t>Thank you. Shabbat shalom. Shalom.</w:t>
      </w:r>
    </w:p>
    <w:p>
      <w:r>
        <w:t>Shalom. Shalom. Shalom. Shalom. Love you guys. Shalom.</w:t>
      </w:r>
    </w:p>
    <w:p>
      <w:r>
        <w:t>Have a nice day. People see someone.</w:t>
      </w:r>
    </w:p>
    <w:p>
      <w:r>
        <w:t>Shalom. Shalom. Hallelujah.</w:t>
      </w:r>
    </w:p>
    <w:p>
      <w:r>
        <w:t>who can hang on the longest. [laughter] So good to see you people here travels this week on your way to B.</w:t>
      </w:r>
    </w:p>
    <w:p>
      <w:r>
        <w:t>Thank you so much. Thank you. Yes. Yes.</w:t>
      </w:r>
    </w:p>
    <w:p>
      <w:r>
        <w:t>Hallelujah. [snorts] Amen.</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5324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5324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